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815A3" w14:textId="77777777" w:rsidR="00213224" w:rsidRPr="008B497B" w:rsidRDefault="00A17F9B">
      <w:pPr>
        <w:spacing w:after="40" w:line="259" w:lineRule="auto"/>
        <w:jc w:val="center"/>
        <w:rPr>
          <w:sz w:val="24"/>
          <w:szCs w:val="24"/>
          <w:lang w:val="tr-TR"/>
        </w:rPr>
      </w:pPr>
      <w:bookmarkStart w:id="0" w:name="_GoBack"/>
      <w:bookmarkEnd w:id="0"/>
      <w:r w:rsidRPr="008B497B">
        <w:rPr>
          <w:b/>
          <w:sz w:val="24"/>
          <w:szCs w:val="24"/>
          <w:lang w:val="tr-TR"/>
        </w:rPr>
        <w:t>BİLGİ TEKNOLOJİLERİ VE HABERLEŞME KURUMU</w:t>
      </w:r>
    </w:p>
    <w:p w14:paraId="4B12BE52" w14:textId="77777777" w:rsidR="00213224" w:rsidRPr="008B497B" w:rsidRDefault="00A17F9B">
      <w:pPr>
        <w:spacing w:after="280" w:line="259" w:lineRule="auto"/>
        <w:jc w:val="center"/>
        <w:rPr>
          <w:sz w:val="24"/>
          <w:szCs w:val="24"/>
          <w:lang w:val="tr-TR"/>
        </w:rPr>
      </w:pPr>
      <w:r w:rsidRPr="008B497B">
        <w:rPr>
          <w:b/>
          <w:sz w:val="24"/>
          <w:szCs w:val="24"/>
          <w:lang w:val="tr-TR"/>
        </w:rPr>
        <w:t xml:space="preserve">GÜVENLİ İNTERNET HİZMETİNE İLİŞKİN USUL VE ESASLAR </w:t>
      </w:r>
      <w:r w:rsidR="00240053" w:rsidRPr="008B497B">
        <w:rPr>
          <w:b/>
          <w:sz w:val="24"/>
          <w:szCs w:val="24"/>
          <w:lang w:val="tr-TR"/>
        </w:rPr>
        <w:t xml:space="preserve">HAKKINDA </w:t>
      </w:r>
      <w:bookmarkStart w:id="1" w:name="_Hlk233200995"/>
      <w:r w:rsidR="00625303" w:rsidRPr="008B497B">
        <w:rPr>
          <w:b/>
          <w:sz w:val="24"/>
          <w:szCs w:val="24"/>
          <w:lang w:val="tr-TR"/>
        </w:rPr>
        <w:t>DÜZENLEME</w:t>
      </w:r>
    </w:p>
    <w:bookmarkEnd w:id="1"/>
    <w:p w14:paraId="291C1ACB" w14:textId="77777777" w:rsidR="00213224" w:rsidRPr="008B497B" w:rsidRDefault="00A17F9B">
      <w:pPr>
        <w:keepNext/>
        <w:spacing w:before="160" w:after="80" w:line="259" w:lineRule="auto"/>
        <w:rPr>
          <w:sz w:val="24"/>
          <w:szCs w:val="24"/>
          <w:lang w:val="tr-TR"/>
        </w:rPr>
      </w:pPr>
      <w:r w:rsidRPr="008B497B">
        <w:rPr>
          <w:b/>
          <w:sz w:val="24"/>
          <w:szCs w:val="24"/>
          <w:lang w:val="tr-TR"/>
        </w:rPr>
        <w:t>Madde 1</w:t>
      </w:r>
      <w:r w:rsidR="00852DA4" w:rsidRPr="008B497B">
        <w:rPr>
          <w:b/>
          <w:sz w:val="24"/>
          <w:szCs w:val="24"/>
          <w:lang w:val="tr-TR"/>
        </w:rPr>
        <w:t>.</w:t>
      </w:r>
      <w:r w:rsidRPr="008B497B">
        <w:rPr>
          <w:b/>
          <w:sz w:val="24"/>
          <w:szCs w:val="24"/>
          <w:lang w:val="tr-TR"/>
        </w:rPr>
        <w:t xml:space="preserve"> Amaç</w:t>
      </w:r>
    </w:p>
    <w:p w14:paraId="363CB0C4" w14:textId="77777777" w:rsidR="00213224" w:rsidRPr="008B497B" w:rsidRDefault="00A17F9B">
      <w:pPr>
        <w:spacing w:after="80" w:line="259" w:lineRule="auto"/>
        <w:jc w:val="both"/>
        <w:rPr>
          <w:sz w:val="24"/>
          <w:szCs w:val="24"/>
          <w:lang w:val="tr-TR"/>
        </w:rPr>
      </w:pPr>
      <w:r w:rsidRPr="008B497B">
        <w:rPr>
          <w:sz w:val="24"/>
          <w:szCs w:val="24"/>
          <w:lang w:val="tr-TR"/>
        </w:rPr>
        <w:t>Bu Düzenlemenin amacı, abonelerin açık talebi üzerine uygulanacak Güvenli İnternet Hizmeti kapsamında Aile Paketi ve Çocuk Paketi seçeneklerinin haberleşme sağlayıcılar tarafından abonelere sunulmasına, uygulanmasına, değiştirilmesine, iptal edilmesine, abonelerin bilgilendirilmesine, teknik uygulama esaslarına, raporlama ve denetime ilişkin usul ve esasları belirlemektir.</w:t>
      </w:r>
    </w:p>
    <w:p w14:paraId="515632EF" w14:textId="77777777" w:rsidR="00852DA4" w:rsidRPr="008B497B" w:rsidRDefault="00852DA4">
      <w:pPr>
        <w:spacing w:after="80" w:line="259" w:lineRule="auto"/>
        <w:jc w:val="both"/>
        <w:rPr>
          <w:sz w:val="24"/>
          <w:szCs w:val="24"/>
          <w:lang w:val="tr-TR"/>
        </w:rPr>
      </w:pPr>
    </w:p>
    <w:p w14:paraId="72ECCB98" w14:textId="77777777" w:rsidR="00213224" w:rsidRPr="008B497B" w:rsidRDefault="00A17F9B">
      <w:pPr>
        <w:keepNext/>
        <w:spacing w:before="160" w:after="80" w:line="259" w:lineRule="auto"/>
        <w:rPr>
          <w:sz w:val="24"/>
          <w:szCs w:val="24"/>
          <w:lang w:val="tr-TR"/>
        </w:rPr>
      </w:pPr>
      <w:r w:rsidRPr="008B497B">
        <w:rPr>
          <w:b/>
          <w:sz w:val="24"/>
          <w:szCs w:val="24"/>
          <w:lang w:val="tr-TR"/>
        </w:rPr>
        <w:t>Madde 2</w:t>
      </w:r>
      <w:r w:rsidR="00852DA4" w:rsidRPr="008B497B">
        <w:rPr>
          <w:b/>
          <w:sz w:val="24"/>
          <w:szCs w:val="24"/>
          <w:lang w:val="tr-TR"/>
        </w:rPr>
        <w:t>.</w:t>
      </w:r>
      <w:r w:rsidRPr="008B497B">
        <w:rPr>
          <w:b/>
          <w:sz w:val="24"/>
          <w:szCs w:val="24"/>
          <w:lang w:val="tr-TR"/>
        </w:rPr>
        <w:t xml:space="preserve"> Kapsam</w:t>
      </w:r>
    </w:p>
    <w:p w14:paraId="014B7F15" w14:textId="77777777" w:rsidR="00213224" w:rsidRPr="008B497B" w:rsidRDefault="00A17F9B">
      <w:pPr>
        <w:spacing w:after="80" w:line="259" w:lineRule="auto"/>
        <w:jc w:val="both"/>
        <w:rPr>
          <w:sz w:val="24"/>
          <w:szCs w:val="24"/>
          <w:lang w:val="tr-TR"/>
        </w:rPr>
      </w:pPr>
      <w:r w:rsidRPr="008B497B">
        <w:rPr>
          <w:sz w:val="24"/>
          <w:szCs w:val="24"/>
          <w:lang w:val="tr-TR"/>
        </w:rPr>
        <w:t>Bu Düzenleme, Bilgi Teknolojileri ve Haberleşme Kurumu tarafından yetkilendirilen ve abonelere sabit veya mobil internet erişim hizmeti sunan haberleşme sağlayıcıları kapsar.</w:t>
      </w:r>
    </w:p>
    <w:p w14:paraId="4856FBA8" w14:textId="77777777" w:rsidR="00776357" w:rsidRPr="008B497B" w:rsidRDefault="002F05A3">
      <w:pPr>
        <w:spacing w:after="80" w:line="259" w:lineRule="auto"/>
        <w:jc w:val="both"/>
        <w:rPr>
          <w:sz w:val="24"/>
          <w:szCs w:val="24"/>
          <w:lang w:val="tr-TR"/>
        </w:rPr>
      </w:pPr>
      <w:r w:rsidRPr="008B497B">
        <w:rPr>
          <w:sz w:val="24"/>
          <w:szCs w:val="24"/>
          <w:lang w:val="tr-TR"/>
        </w:rPr>
        <w:t>Bu Düzenleme; güvenli internet hizmetine ilişkin başvuru kanalı, doğrulama yöntemi, aktivasyon süresi, paket değişikliği ve iptal süreçleri, teknik yöntemler, abone bilgilendirmesi, ücretlendirme, raporlama, izleme, geri bildirim, denetim ve uygulamada ortaya çıkabilecek teknik veya idari sorunların çözümüne ilişkin hususları kapsar.</w:t>
      </w:r>
    </w:p>
    <w:p w14:paraId="4C012A42" w14:textId="77777777" w:rsidR="002F05A3" w:rsidRPr="008B497B" w:rsidRDefault="002F05A3">
      <w:pPr>
        <w:spacing w:after="80" w:line="259" w:lineRule="auto"/>
        <w:jc w:val="both"/>
        <w:rPr>
          <w:sz w:val="24"/>
          <w:szCs w:val="24"/>
          <w:lang w:val="tr-TR"/>
        </w:rPr>
      </w:pPr>
    </w:p>
    <w:p w14:paraId="63BEFD31" w14:textId="77777777" w:rsidR="00213224" w:rsidRPr="008B497B" w:rsidRDefault="00A17F9B">
      <w:pPr>
        <w:keepNext/>
        <w:spacing w:before="160" w:after="80" w:line="259" w:lineRule="auto"/>
        <w:rPr>
          <w:sz w:val="24"/>
          <w:szCs w:val="24"/>
          <w:lang w:val="tr-TR"/>
        </w:rPr>
      </w:pPr>
      <w:r w:rsidRPr="008B497B">
        <w:rPr>
          <w:b/>
          <w:sz w:val="24"/>
          <w:szCs w:val="24"/>
          <w:lang w:val="tr-TR"/>
        </w:rPr>
        <w:t>Madde 3</w:t>
      </w:r>
      <w:r w:rsidR="00852DA4" w:rsidRPr="008B497B">
        <w:rPr>
          <w:b/>
          <w:sz w:val="24"/>
          <w:szCs w:val="24"/>
          <w:lang w:val="tr-TR"/>
        </w:rPr>
        <w:t>.</w:t>
      </w:r>
      <w:r w:rsidRPr="008B497B">
        <w:rPr>
          <w:b/>
          <w:sz w:val="24"/>
          <w:szCs w:val="24"/>
          <w:lang w:val="tr-TR"/>
        </w:rPr>
        <w:t xml:space="preserve"> Dayanak</w:t>
      </w:r>
    </w:p>
    <w:p w14:paraId="31042B20" w14:textId="77777777" w:rsidR="00213224" w:rsidRPr="008B497B" w:rsidRDefault="00A17F9B">
      <w:pPr>
        <w:spacing w:after="80" w:line="259" w:lineRule="auto"/>
        <w:jc w:val="both"/>
        <w:rPr>
          <w:sz w:val="24"/>
          <w:szCs w:val="24"/>
          <w:lang w:val="tr-TR"/>
        </w:rPr>
      </w:pPr>
      <w:r w:rsidRPr="008B497B">
        <w:rPr>
          <w:sz w:val="24"/>
          <w:szCs w:val="24"/>
          <w:lang w:val="tr-TR"/>
        </w:rPr>
        <w:t xml:space="preserve">Bu Düzenleme, </w:t>
      </w:r>
      <w:r w:rsidR="00111EF9" w:rsidRPr="008B497B">
        <w:rPr>
          <w:sz w:val="24"/>
          <w:szCs w:val="24"/>
          <w:lang w:val="tr-TR"/>
        </w:rPr>
        <w:t>Elektronik Haberleşme Yasası’nın amaç ve kapsamını düzenleyen 3’üncü ve 4’üncü maddeleri uyarınca elektronik haberleşme sektöründe tüketici hak ve menfaatlerinin korunması, elektronik haberleşme hizmetlerinin düzenlenmesi ve denetlenmesi ile güvenli ve etkin elektronik haberleşme hizmetlerinin yaygınlaştırılmasının Kurumun temel görev ve sorumlulukları arasında yer aldığı</w:t>
      </w:r>
      <w:r w:rsidR="00BA4070" w:rsidRPr="008B497B">
        <w:rPr>
          <w:sz w:val="24"/>
          <w:szCs w:val="24"/>
          <w:lang w:val="tr-TR"/>
        </w:rPr>
        <w:t xml:space="preserve"> ve</w:t>
      </w:r>
      <w:r w:rsidR="00111EF9" w:rsidRPr="008B497B">
        <w:rPr>
          <w:sz w:val="24"/>
          <w:szCs w:val="24"/>
          <w:lang w:val="tr-TR"/>
        </w:rPr>
        <w:t xml:space="preserve"> Yasanın 10’uncu maddesi uyarınca Kurulun Kurum adına karar alma yetkisine sahip </w:t>
      </w:r>
      <w:r w:rsidR="00BA4070" w:rsidRPr="008B497B">
        <w:rPr>
          <w:sz w:val="24"/>
          <w:szCs w:val="24"/>
          <w:lang w:val="tr-TR"/>
        </w:rPr>
        <w:t xml:space="preserve">olmasından hareketle Kurulun 22.05.2026 tarih ve 2026-K/BTHK-20.67 sayılı kararı uyarınca imzalanan 18.06.2026 tarihli Güvenli İnternet Hizmeti Kapsamında Aile Ve Çocuk Paketlerinin Sunulmasına İlişkin İş Birliği </w:t>
      </w:r>
      <w:r w:rsidR="00BA4070" w:rsidRPr="0019134D">
        <w:rPr>
          <w:sz w:val="24"/>
          <w:szCs w:val="24"/>
          <w:lang w:val="tr-TR"/>
        </w:rPr>
        <w:t>Protokolü’ne</w:t>
      </w:r>
      <w:r w:rsidRPr="0019134D">
        <w:rPr>
          <w:sz w:val="24"/>
          <w:szCs w:val="24"/>
          <w:lang w:val="tr-TR"/>
        </w:rPr>
        <w:t xml:space="preserve"> d</w:t>
      </w:r>
      <w:r w:rsidRPr="008B497B">
        <w:rPr>
          <w:sz w:val="24"/>
          <w:szCs w:val="24"/>
          <w:lang w:val="tr-TR"/>
        </w:rPr>
        <w:t>ayanılarak hazırlanmıştır.</w:t>
      </w:r>
      <w:r w:rsidR="00240053" w:rsidRPr="008B497B">
        <w:rPr>
          <w:sz w:val="24"/>
          <w:szCs w:val="24"/>
          <w:lang w:val="tr-TR"/>
        </w:rPr>
        <w:t xml:space="preserve"> </w:t>
      </w:r>
    </w:p>
    <w:p w14:paraId="07F73ACD" w14:textId="77777777" w:rsidR="005B6D31" w:rsidRPr="008B497B" w:rsidRDefault="005B6D31">
      <w:pPr>
        <w:spacing w:after="80" w:line="259" w:lineRule="auto"/>
        <w:jc w:val="both"/>
        <w:rPr>
          <w:sz w:val="24"/>
          <w:szCs w:val="24"/>
          <w:lang w:val="tr-TR"/>
        </w:rPr>
      </w:pPr>
    </w:p>
    <w:p w14:paraId="32978B96" w14:textId="77777777" w:rsidR="00213224" w:rsidRPr="008B497B" w:rsidRDefault="00A17F9B">
      <w:pPr>
        <w:keepNext/>
        <w:spacing w:before="160" w:after="80" w:line="259" w:lineRule="auto"/>
        <w:rPr>
          <w:sz w:val="24"/>
          <w:szCs w:val="24"/>
          <w:lang w:val="tr-TR"/>
        </w:rPr>
      </w:pPr>
      <w:r w:rsidRPr="008B497B">
        <w:rPr>
          <w:b/>
          <w:sz w:val="24"/>
          <w:szCs w:val="24"/>
          <w:lang w:val="tr-TR"/>
        </w:rPr>
        <w:t>Madde 4</w:t>
      </w:r>
      <w:r w:rsidR="00852DA4" w:rsidRPr="008B497B">
        <w:rPr>
          <w:b/>
          <w:sz w:val="24"/>
          <w:szCs w:val="24"/>
          <w:lang w:val="tr-TR"/>
        </w:rPr>
        <w:t>.</w:t>
      </w:r>
      <w:r w:rsidRPr="008B497B">
        <w:rPr>
          <w:b/>
          <w:sz w:val="24"/>
          <w:szCs w:val="24"/>
          <w:lang w:val="tr-TR"/>
        </w:rPr>
        <w:t xml:space="preserve"> Tanımlar</w:t>
      </w:r>
    </w:p>
    <w:p w14:paraId="7AD2CD69" w14:textId="77777777" w:rsidR="00213224" w:rsidRPr="008B497B" w:rsidRDefault="00A17F9B">
      <w:pPr>
        <w:spacing w:after="80" w:line="259" w:lineRule="auto"/>
        <w:jc w:val="both"/>
        <w:rPr>
          <w:sz w:val="24"/>
          <w:szCs w:val="24"/>
          <w:lang w:val="tr-TR"/>
        </w:rPr>
      </w:pPr>
      <w:r w:rsidRPr="008B497B">
        <w:rPr>
          <w:sz w:val="24"/>
          <w:szCs w:val="24"/>
          <w:lang w:val="tr-TR"/>
        </w:rPr>
        <w:t>Bu Düzenlemede geçen;</w:t>
      </w:r>
    </w:p>
    <w:p w14:paraId="041F1FC5" w14:textId="77777777" w:rsidR="00213224" w:rsidRPr="008B497B" w:rsidRDefault="00A17F9B">
      <w:pPr>
        <w:spacing w:after="80" w:line="259" w:lineRule="auto"/>
        <w:jc w:val="both"/>
        <w:rPr>
          <w:sz w:val="24"/>
          <w:szCs w:val="24"/>
          <w:lang w:val="tr-TR"/>
        </w:rPr>
      </w:pPr>
      <w:r w:rsidRPr="008B497B">
        <w:rPr>
          <w:b/>
          <w:sz w:val="24"/>
          <w:szCs w:val="24"/>
          <w:lang w:val="tr-TR"/>
        </w:rPr>
        <w:t>Abone:</w:t>
      </w:r>
      <w:r w:rsidRPr="008B497B">
        <w:rPr>
          <w:sz w:val="24"/>
          <w:szCs w:val="24"/>
          <w:lang w:val="tr-TR"/>
        </w:rPr>
        <w:t xml:space="preserve"> </w:t>
      </w:r>
      <w:r w:rsidR="00BA4070" w:rsidRPr="008B497B">
        <w:rPr>
          <w:sz w:val="24"/>
          <w:szCs w:val="24"/>
          <w:lang w:val="tr-TR"/>
        </w:rPr>
        <w:t>bir haberleşme sağlayıcı</w:t>
      </w:r>
      <w:r w:rsidR="00240053" w:rsidRPr="008B497B">
        <w:rPr>
          <w:sz w:val="24"/>
          <w:szCs w:val="24"/>
          <w:lang w:val="tr-TR"/>
        </w:rPr>
        <w:t xml:space="preserve"> ile bu hizmetlerin verilmesi için yapılmış bir sözleşmeye taraf olan herhangi bir gerçek veya tüzel kişiyi anlatır</w:t>
      </w:r>
      <w:r w:rsidRPr="008B497B">
        <w:rPr>
          <w:sz w:val="24"/>
          <w:szCs w:val="24"/>
          <w:lang w:val="tr-TR"/>
        </w:rPr>
        <w:t>,</w:t>
      </w:r>
    </w:p>
    <w:p w14:paraId="39128E53" w14:textId="77777777" w:rsidR="00213224" w:rsidRPr="008B497B" w:rsidRDefault="00A17F9B">
      <w:pPr>
        <w:spacing w:after="80" w:line="259" w:lineRule="auto"/>
        <w:jc w:val="both"/>
        <w:rPr>
          <w:sz w:val="24"/>
          <w:szCs w:val="24"/>
          <w:lang w:val="tr-TR"/>
        </w:rPr>
      </w:pPr>
      <w:r w:rsidRPr="008B497B">
        <w:rPr>
          <w:b/>
          <w:sz w:val="24"/>
          <w:szCs w:val="24"/>
          <w:lang w:val="tr-TR"/>
        </w:rPr>
        <w:t>Açık talep:</w:t>
      </w:r>
      <w:r w:rsidRPr="008B497B">
        <w:rPr>
          <w:sz w:val="24"/>
          <w:szCs w:val="24"/>
          <w:lang w:val="tr-TR"/>
        </w:rPr>
        <w:t xml:space="preserve"> Abonenin yazılı, elektronik, çağrı merkezi, abone paneli, mobil uygulama veya haberleşme sağlayıcı tarafından oluşturulan diğer doğrulanabilir kanallar üzerinden yaptığı güvenli internet paketi tercih beyanını,</w:t>
      </w:r>
    </w:p>
    <w:p w14:paraId="17EAE41D" w14:textId="77777777" w:rsidR="00213224" w:rsidRPr="008B497B" w:rsidRDefault="00A17F9B">
      <w:pPr>
        <w:spacing w:after="80" w:line="259" w:lineRule="auto"/>
        <w:jc w:val="both"/>
        <w:rPr>
          <w:sz w:val="24"/>
          <w:szCs w:val="24"/>
          <w:lang w:val="tr-TR"/>
        </w:rPr>
      </w:pPr>
      <w:r w:rsidRPr="008B497B">
        <w:rPr>
          <w:b/>
          <w:sz w:val="24"/>
          <w:szCs w:val="24"/>
          <w:lang w:val="tr-TR"/>
        </w:rPr>
        <w:t>Aile Paketi:</w:t>
      </w:r>
      <w:r w:rsidRPr="008B497B">
        <w:rPr>
          <w:sz w:val="24"/>
          <w:szCs w:val="24"/>
          <w:lang w:val="tr-TR"/>
        </w:rPr>
        <w:t xml:space="preserve"> Aile bireylerinin internet kullanımında zararlı, uygunsuz veya riskli içeriklere erişim riskini azaltmayı amaçlayan güvenli internet profilini,</w:t>
      </w:r>
    </w:p>
    <w:p w14:paraId="293DFDD6" w14:textId="77777777" w:rsidR="00213224" w:rsidRPr="008B497B" w:rsidRDefault="00A17F9B">
      <w:pPr>
        <w:spacing w:after="80" w:line="259" w:lineRule="auto"/>
        <w:jc w:val="both"/>
        <w:rPr>
          <w:sz w:val="24"/>
          <w:szCs w:val="24"/>
          <w:lang w:val="tr-TR"/>
        </w:rPr>
      </w:pPr>
      <w:r w:rsidRPr="008B497B">
        <w:rPr>
          <w:b/>
          <w:sz w:val="24"/>
          <w:szCs w:val="24"/>
          <w:lang w:val="tr-TR"/>
        </w:rPr>
        <w:t>Çocuk Paketi:</w:t>
      </w:r>
      <w:r w:rsidRPr="008B497B">
        <w:rPr>
          <w:sz w:val="24"/>
          <w:szCs w:val="24"/>
          <w:lang w:val="tr-TR"/>
        </w:rPr>
        <w:t xml:space="preserve"> Çocukların yaş ve gelişim düzeylerine uygun olmayan içeriklere erişimini daha sıkı şekilde sınırlandırmayı amaçlayan güvenli internet profilini,</w:t>
      </w:r>
    </w:p>
    <w:p w14:paraId="4A3FB14A" w14:textId="77777777" w:rsidR="00213224" w:rsidRPr="008B497B" w:rsidRDefault="00A17F9B">
      <w:pPr>
        <w:spacing w:after="80" w:line="259" w:lineRule="auto"/>
        <w:jc w:val="both"/>
        <w:rPr>
          <w:sz w:val="24"/>
          <w:szCs w:val="24"/>
          <w:lang w:val="tr-TR"/>
        </w:rPr>
      </w:pPr>
      <w:r w:rsidRPr="008B497B">
        <w:rPr>
          <w:b/>
          <w:sz w:val="24"/>
          <w:szCs w:val="24"/>
          <w:lang w:val="tr-TR"/>
        </w:rPr>
        <w:t>Filtreleme:</w:t>
      </w:r>
      <w:r w:rsidRPr="008B497B">
        <w:rPr>
          <w:sz w:val="24"/>
          <w:szCs w:val="24"/>
          <w:lang w:val="tr-TR"/>
        </w:rPr>
        <w:t xml:space="preserve"> Alan adı, kategori, DNS tabanlı yöntem veya benzeri teknik yöntemlerle belirli içeriklere erişimin sınırlandırılması işlemini,</w:t>
      </w:r>
    </w:p>
    <w:p w14:paraId="088146B8" w14:textId="77777777" w:rsidR="00213224" w:rsidRPr="008B497B" w:rsidRDefault="00A17F9B">
      <w:pPr>
        <w:spacing w:after="80" w:line="259" w:lineRule="auto"/>
        <w:jc w:val="both"/>
        <w:rPr>
          <w:sz w:val="24"/>
          <w:szCs w:val="24"/>
          <w:lang w:val="tr-TR"/>
        </w:rPr>
      </w:pPr>
      <w:r w:rsidRPr="008B497B">
        <w:rPr>
          <w:b/>
          <w:sz w:val="24"/>
          <w:szCs w:val="24"/>
          <w:lang w:val="tr-TR"/>
        </w:rPr>
        <w:lastRenderedPageBreak/>
        <w:t>Güvenli İnternet Hizmeti:</w:t>
      </w:r>
      <w:r w:rsidRPr="008B497B">
        <w:rPr>
          <w:sz w:val="24"/>
          <w:szCs w:val="24"/>
          <w:lang w:val="tr-TR"/>
        </w:rPr>
        <w:t xml:space="preserve"> Abonenin açık talebi üzerine aktif edilen ve belirli içerik kategorilerinin filtrelenmesine veya sınırlandırılmasına </w:t>
      </w:r>
      <w:proofErr w:type="gramStart"/>
      <w:r w:rsidRPr="008B497B">
        <w:rPr>
          <w:sz w:val="24"/>
          <w:szCs w:val="24"/>
          <w:lang w:val="tr-TR"/>
        </w:rPr>
        <w:t>imkan</w:t>
      </w:r>
      <w:proofErr w:type="gramEnd"/>
      <w:r w:rsidRPr="008B497B">
        <w:rPr>
          <w:sz w:val="24"/>
          <w:szCs w:val="24"/>
          <w:lang w:val="tr-TR"/>
        </w:rPr>
        <w:t xml:space="preserve"> sağlayan internet hizmetini,</w:t>
      </w:r>
    </w:p>
    <w:p w14:paraId="6282A45C" w14:textId="77777777" w:rsidR="00213224" w:rsidRPr="008B497B" w:rsidRDefault="00A17F9B">
      <w:pPr>
        <w:spacing w:after="80" w:line="259" w:lineRule="auto"/>
        <w:jc w:val="both"/>
        <w:rPr>
          <w:sz w:val="24"/>
          <w:szCs w:val="24"/>
          <w:lang w:val="tr-TR"/>
        </w:rPr>
      </w:pPr>
      <w:r w:rsidRPr="008B497B">
        <w:rPr>
          <w:b/>
          <w:sz w:val="24"/>
          <w:szCs w:val="24"/>
          <w:lang w:val="tr-TR"/>
        </w:rPr>
        <w:t>Haberleşme sağlayıcı:</w:t>
      </w:r>
      <w:r w:rsidRPr="008B497B">
        <w:rPr>
          <w:sz w:val="24"/>
          <w:szCs w:val="24"/>
          <w:lang w:val="tr-TR"/>
        </w:rPr>
        <w:t xml:space="preserve"> Kurum tarafından yetkilendirilen ve abonelere sabit veya mobil internet erişim hizmeti sunan işletmeciyi,</w:t>
      </w:r>
    </w:p>
    <w:p w14:paraId="48E83B02" w14:textId="77777777" w:rsidR="00213224" w:rsidRPr="008B497B" w:rsidRDefault="00A17F9B">
      <w:pPr>
        <w:spacing w:after="80" w:line="259" w:lineRule="auto"/>
        <w:jc w:val="both"/>
        <w:rPr>
          <w:sz w:val="24"/>
          <w:szCs w:val="24"/>
          <w:lang w:val="tr-TR"/>
        </w:rPr>
      </w:pPr>
      <w:r w:rsidRPr="008B497B">
        <w:rPr>
          <w:b/>
          <w:sz w:val="24"/>
          <w:szCs w:val="24"/>
          <w:lang w:val="tr-TR"/>
        </w:rPr>
        <w:t>Kurum:</w:t>
      </w:r>
      <w:r w:rsidRPr="008B497B">
        <w:rPr>
          <w:sz w:val="24"/>
          <w:szCs w:val="24"/>
          <w:lang w:val="tr-TR"/>
        </w:rPr>
        <w:t xml:space="preserve"> Bilgi Teknolojileri ve Haberleşme Kurumunu,</w:t>
      </w:r>
    </w:p>
    <w:p w14:paraId="0F2874CE" w14:textId="3755DCF1" w:rsidR="00076E2A" w:rsidRPr="007C574E" w:rsidRDefault="00076E2A">
      <w:pPr>
        <w:spacing w:after="80" w:line="259" w:lineRule="auto"/>
        <w:jc w:val="both"/>
        <w:rPr>
          <w:sz w:val="24"/>
          <w:szCs w:val="24"/>
          <w:lang w:val="tr-TR"/>
        </w:rPr>
      </w:pPr>
      <w:r w:rsidRPr="007C574E">
        <w:rPr>
          <w:b/>
          <w:sz w:val="24"/>
          <w:szCs w:val="24"/>
          <w:lang w:val="tr-TR"/>
        </w:rPr>
        <w:t>Ölçülülük İlkesi:</w:t>
      </w:r>
      <w:r w:rsidRPr="007C574E">
        <w:rPr>
          <w:lang w:val="tr-TR"/>
        </w:rPr>
        <w:t xml:space="preserve"> </w:t>
      </w:r>
      <w:r w:rsidRPr="007C574E">
        <w:rPr>
          <w:sz w:val="24"/>
          <w:szCs w:val="24"/>
          <w:lang w:val="tr-TR"/>
        </w:rPr>
        <w:t>Hizmet kapsamında alınan tedbirlerin ve yapılan işlemlerin amaçla sınırlı, gerekli ve orantılı olmasını</w:t>
      </w:r>
      <w:r w:rsidR="00906797" w:rsidRPr="007C574E">
        <w:rPr>
          <w:sz w:val="24"/>
          <w:szCs w:val="24"/>
          <w:lang w:val="tr-TR"/>
        </w:rPr>
        <w:t>,</w:t>
      </w:r>
      <w:r w:rsidRPr="007C574E">
        <w:rPr>
          <w:sz w:val="24"/>
          <w:szCs w:val="24"/>
          <w:lang w:val="tr-TR"/>
        </w:rPr>
        <w:t xml:space="preserve"> ihtiyaçtan fazla kişisel veri toplanmamasını ve aynı amaca daha az müdahaleci bir yöntemle ulaşılabiliyorsa bu yöntemin tercih edilmesini</w:t>
      </w:r>
      <w:r w:rsidR="00906797" w:rsidRPr="007C574E">
        <w:rPr>
          <w:sz w:val="24"/>
          <w:szCs w:val="24"/>
          <w:lang w:val="tr-TR"/>
        </w:rPr>
        <w:t>,</w:t>
      </w:r>
    </w:p>
    <w:p w14:paraId="0341285E" w14:textId="668014DA" w:rsidR="00906797" w:rsidRPr="00896EAD" w:rsidRDefault="00906797">
      <w:pPr>
        <w:spacing w:after="80" w:line="259" w:lineRule="auto"/>
        <w:jc w:val="both"/>
        <w:rPr>
          <w:sz w:val="24"/>
          <w:szCs w:val="24"/>
          <w:lang w:val="tr-TR"/>
        </w:rPr>
      </w:pPr>
      <w:proofErr w:type="gramStart"/>
      <w:r w:rsidRPr="00896EAD">
        <w:rPr>
          <w:sz w:val="24"/>
          <w:szCs w:val="24"/>
          <w:lang w:val="tr-TR"/>
        </w:rPr>
        <w:t>ifade</w:t>
      </w:r>
      <w:proofErr w:type="gramEnd"/>
      <w:r w:rsidRPr="00896EAD">
        <w:rPr>
          <w:sz w:val="24"/>
          <w:szCs w:val="24"/>
          <w:lang w:val="tr-TR"/>
        </w:rPr>
        <w:t xml:space="preserve"> eder.</w:t>
      </w:r>
    </w:p>
    <w:p w14:paraId="18B21604" w14:textId="77777777" w:rsidR="00B84444" w:rsidRPr="008B497B" w:rsidRDefault="00B84444">
      <w:pPr>
        <w:spacing w:after="80" w:line="259" w:lineRule="auto"/>
        <w:jc w:val="both"/>
        <w:rPr>
          <w:sz w:val="24"/>
          <w:szCs w:val="24"/>
          <w:lang w:val="tr-TR"/>
        </w:rPr>
      </w:pPr>
    </w:p>
    <w:p w14:paraId="0303520D" w14:textId="77777777" w:rsidR="00213224" w:rsidRPr="008B497B" w:rsidRDefault="00A17F9B">
      <w:pPr>
        <w:keepNext/>
        <w:spacing w:before="160" w:after="80" w:line="259" w:lineRule="auto"/>
        <w:rPr>
          <w:sz w:val="24"/>
          <w:szCs w:val="24"/>
          <w:lang w:val="tr-TR"/>
        </w:rPr>
      </w:pPr>
      <w:r w:rsidRPr="008B497B">
        <w:rPr>
          <w:b/>
          <w:sz w:val="24"/>
          <w:szCs w:val="24"/>
          <w:lang w:val="tr-TR"/>
        </w:rPr>
        <w:t>Madde 5</w:t>
      </w:r>
      <w:r w:rsidR="00852DA4" w:rsidRPr="008B497B">
        <w:rPr>
          <w:b/>
          <w:sz w:val="24"/>
          <w:szCs w:val="24"/>
          <w:lang w:val="tr-TR"/>
        </w:rPr>
        <w:t>.</w:t>
      </w:r>
      <w:r w:rsidRPr="008B497B">
        <w:rPr>
          <w:b/>
          <w:sz w:val="24"/>
          <w:szCs w:val="24"/>
          <w:lang w:val="tr-TR"/>
        </w:rPr>
        <w:t xml:space="preserve"> Genel </w:t>
      </w:r>
      <w:r w:rsidR="008B497B" w:rsidRPr="008B497B">
        <w:rPr>
          <w:b/>
          <w:sz w:val="24"/>
          <w:szCs w:val="24"/>
          <w:lang w:val="tr-TR"/>
        </w:rPr>
        <w:t>Esaslar</w:t>
      </w:r>
    </w:p>
    <w:p w14:paraId="316F71D9" w14:textId="77777777" w:rsidR="00B84444" w:rsidRPr="008B497B" w:rsidRDefault="00A17F9B" w:rsidP="00B84444">
      <w:pPr>
        <w:pStyle w:val="ListParagraph"/>
        <w:numPr>
          <w:ilvl w:val="0"/>
          <w:numId w:val="10"/>
        </w:numPr>
        <w:spacing w:after="80" w:line="259" w:lineRule="auto"/>
        <w:jc w:val="both"/>
        <w:rPr>
          <w:sz w:val="24"/>
          <w:szCs w:val="24"/>
          <w:lang w:val="tr-TR"/>
        </w:rPr>
      </w:pPr>
      <w:r w:rsidRPr="008B497B">
        <w:rPr>
          <w:sz w:val="24"/>
          <w:szCs w:val="24"/>
          <w:lang w:val="tr-TR"/>
        </w:rPr>
        <w:t>Güvenli İnternet Hizmeti, abonenin açık talebine bağlı olarak sunulur.</w:t>
      </w:r>
    </w:p>
    <w:p w14:paraId="1B6F635C" w14:textId="77777777" w:rsidR="00B84444" w:rsidRPr="008B497B" w:rsidRDefault="00A17F9B" w:rsidP="00B84444">
      <w:pPr>
        <w:pStyle w:val="ListParagraph"/>
        <w:numPr>
          <w:ilvl w:val="0"/>
          <w:numId w:val="10"/>
        </w:numPr>
        <w:spacing w:after="80" w:line="259" w:lineRule="auto"/>
        <w:jc w:val="both"/>
        <w:rPr>
          <w:sz w:val="24"/>
          <w:szCs w:val="24"/>
          <w:lang w:val="tr-TR"/>
        </w:rPr>
      </w:pPr>
      <w:r w:rsidRPr="008B497B">
        <w:rPr>
          <w:sz w:val="24"/>
          <w:szCs w:val="24"/>
          <w:lang w:val="tr-TR"/>
        </w:rPr>
        <w:t>Hiçbir abone, açık talebi olmaksızın Aile Paketi veya Çocuk Paketine dahil edilemez.</w:t>
      </w:r>
    </w:p>
    <w:p w14:paraId="1B437C84" w14:textId="77777777" w:rsidR="00B84444" w:rsidRPr="008B497B" w:rsidRDefault="00A17F9B" w:rsidP="00B84444">
      <w:pPr>
        <w:pStyle w:val="ListParagraph"/>
        <w:numPr>
          <w:ilvl w:val="0"/>
          <w:numId w:val="10"/>
        </w:numPr>
        <w:spacing w:after="80" w:line="259" w:lineRule="auto"/>
        <w:jc w:val="both"/>
        <w:rPr>
          <w:sz w:val="24"/>
          <w:szCs w:val="24"/>
          <w:lang w:val="tr-TR"/>
        </w:rPr>
      </w:pPr>
      <w:r w:rsidRPr="008B497B">
        <w:rPr>
          <w:sz w:val="24"/>
          <w:szCs w:val="24"/>
          <w:lang w:val="tr-TR"/>
        </w:rPr>
        <w:t xml:space="preserve">Abone, tercih ettiği güvenli internet paketini dilediği zaman </w:t>
      </w:r>
      <w:r w:rsidR="004649E9" w:rsidRPr="008B497B">
        <w:rPr>
          <w:sz w:val="24"/>
          <w:szCs w:val="24"/>
          <w:lang w:val="tr-TR"/>
        </w:rPr>
        <w:t>başvuru kanallarının herh</w:t>
      </w:r>
      <w:r w:rsidR="00F565D3">
        <w:rPr>
          <w:sz w:val="24"/>
          <w:szCs w:val="24"/>
          <w:lang w:val="tr-TR"/>
        </w:rPr>
        <w:t>a</w:t>
      </w:r>
      <w:r w:rsidR="004649E9" w:rsidRPr="008B497B">
        <w:rPr>
          <w:sz w:val="24"/>
          <w:szCs w:val="24"/>
          <w:lang w:val="tr-TR"/>
        </w:rPr>
        <w:t xml:space="preserve">ngi biri ile </w:t>
      </w:r>
      <w:r w:rsidRPr="008B497B">
        <w:rPr>
          <w:sz w:val="24"/>
          <w:szCs w:val="24"/>
          <w:lang w:val="tr-TR"/>
        </w:rPr>
        <w:t>değiştirebilir veya iptal edebilir.</w:t>
      </w:r>
    </w:p>
    <w:p w14:paraId="070CA15C" w14:textId="77777777" w:rsidR="00B84444" w:rsidRPr="008B497B" w:rsidRDefault="00A17F9B" w:rsidP="00B84444">
      <w:pPr>
        <w:pStyle w:val="ListParagraph"/>
        <w:numPr>
          <w:ilvl w:val="0"/>
          <w:numId w:val="10"/>
        </w:numPr>
        <w:spacing w:after="80" w:line="259" w:lineRule="auto"/>
        <w:jc w:val="both"/>
        <w:rPr>
          <w:sz w:val="24"/>
          <w:szCs w:val="24"/>
          <w:lang w:val="tr-TR"/>
        </w:rPr>
      </w:pPr>
      <w:r w:rsidRPr="008B497B">
        <w:rPr>
          <w:sz w:val="24"/>
          <w:szCs w:val="24"/>
          <w:lang w:val="tr-TR"/>
        </w:rPr>
        <w:t>Güvenli İnternet Hizmeti, internet erişimini tamamen engelleme amacı taşımaz; çocukların ve ailelerin dijital ortamda daha güvenli şekilde internet kullanmasına katkı sağlamayı amaçlar.</w:t>
      </w:r>
    </w:p>
    <w:p w14:paraId="0A96EBE4" w14:textId="77777777" w:rsidR="00B84444" w:rsidRPr="008B497B" w:rsidRDefault="00A17F9B" w:rsidP="00B84444">
      <w:pPr>
        <w:pStyle w:val="ListParagraph"/>
        <w:numPr>
          <w:ilvl w:val="0"/>
          <w:numId w:val="10"/>
        </w:numPr>
        <w:spacing w:after="80" w:line="259" w:lineRule="auto"/>
        <w:jc w:val="both"/>
        <w:rPr>
          <w:sz w:val="24"/>
          <w:szCs w:val="24"/>
          <w:lang w:val="tr-TR"/>
        </w:rPr>
      </w:pPr>
      <w:r w:rsidRPr="008B497B">
        <w:rPr>
          <w:sz w:val="24"/>
          <w:szCs w:val="24"/>
          <w:lang w:val="tr-TR"/>
        </w:rPr>
        <w:t>Güvenli İnternet Hizmetinin uygulanmasında kişisel verilerin korunması, haberleşmenin gizliliği, abone mahremiyeti ve ölçülülük ilkelerine uygun hareket edilir.</w:t>
      </w:r>
    </w:p>
    <w:p w14:paraId="5AE43669" w14:textId="77777777" w:rsidR="00213224" w:rsidRPr="008B497B" w:rsidRDefault="00A17F9B" w:rsidP="00B84444">
      <w:pPr>
        <w:pStyle w:val="ListParagraph"/>
        <w:numPr>
          <w:ilvl w:val="0"/>
          <w:numId w:val="10"/>
        </w:numPr>
        <w:spacing w:after="80" w:line="259" w:lineRule="auto"/>
        <w:jc w:val="both"/>
        <w:rPr>
          <w:sz w:val="24"/>
          <w:szCs w:val="24"/>
          <w:lang w:val="tr-TR"/>
        </w:rPr>
      </w:pPr>
      <w:r w:rsidRPr="008B497B">
        <w:rPr>
          <w:sz w:val="24"/>
          <w:szCs w:val="24"/>
          <w:lang w:val="tr-TR"/>
        </w:rPr>
        <w:t>Haberleşme sağlayıcılar, teknik imkanları ölçüsünde güncel ve etkin filtreleme yöntemleri kullanır.</w:t>
      </w:r>
    </w:p>
    <w:p w14:paraId="000836E9" w14:textId="77777777" w:rsidR="00B84444" w:rsidRPr="008B497B" w:rsidRDefault="003E0F97" w:rsidP="00B84444">
      <w:pPr>
        <w:pStyle w:val="ListParagraph"/>
        <w:numPr>
          <w:ilvl w:val="0"/>
          <w:numId w:val="10"/>
        </w:numPr>
        <w:spacing w:after="80" w:line="259" w:lineRule="auto"/>
        <w:jc w:val="both"/>
        <w:rPr>
          <w:sz w:val="24"/>
          <w:szCs w:val="24"/>
          <w:lang w:val="tr-TR"/>
        </w:rPr>
      </w:pPr>
      <w:r>
        <w:rPr>
          <w:sz w:val="24"/>
          <w:szCs w:val="24"/>
          <w:lang w:val="tr-TR"/>
        </w:rPr>
        <w:t xml:space="preserve">Güvenli İnternet Hizmeti sunmak isteyen </w:t>
      </w:r>
      <w:r w:rsidR="00B84444" w:rsidRPr="008B497B">
        <w:rPr>
          <w:sz w:val="24"/>
          <w:szCs w:val="24"/>
          <w:lang w:val="tr-TR"/>
        </w:rPr>
        <w:t>Haberleşme sağlayıcılar, Güvenli İnternet Hizmeti kapsamında</w:t>
      </w:r>
      <w:r w:rsidR="00F565D3">
        <w:rPr>
          <w:sz w:val="24"/>
          <w:szCs w:val="24"/>
          <w:lang w:val="tr-TR"/>
        </w:rPr>
        <w:t>,</w:t>
      </w:r>
      <w:r w:rsidR="00B84444" w:rsidRPr="008B497B">
        <w:rPr>
          <w:sz w:val="24"/>
          <w:szCs w:val="24"/>
          <w:lang w:val="tr-TR"/>
        </w:rPr>
        <w:t xml:space="preserve"> Aile Paketi ve Çocuk Paketi hizmeti sunmaya başlamadan önce Kuruma </w:t>
      </w:r>
      <w:r w:rsidR="004649E9" w:rsidRPr="008B497B">
        <w:rPr>
          <w:sz w:val="24"/>
          <w:szCs w:val="24"/>
          <w:lang w:val="tr-TR"/>
        </w:rPr>
        <w:t xml:space="preserve">başvurarak, </w:t>
      </w:r>
      <w:r w:rsidR="00B84444" w:rsidRPr="008B497B">
        <w:rPr>
          <w:sz w:val="24"/>
          <w:szCs w:val="24"/>
          <w:lang w:val="tr-TR"/>
        </w:rPr>
        <w:t xml:space="preserve">söz konusu hizmeti yalnızca bu Düzenlemede belirlenen usul ve esaslara uygun olarak sunar. Bu Düzenleme kapsamındaki usul ve esaslara uyulmaksızın veya Kuruma gerekli </w:t>
      </w:r>
      <w:r w:rsidR="004649E9" w:rsidRPr="008B497B">
        <w:rPr>
          <w:sz w:val="24"/>
          <w:szCs w:val="24"/>
          <w:lang w:val="tr-TR"/>
        </w:rPr>
        <w:t>başvuru</w:t>
      </w:r>
      <w:r w:rsidR="00B84444" w:rsidRPr="008B497B">
        <w:rPr>
          <w:sz w:val="24"/>
          <w:szCs w:val="24"/>
          <w:lang w:val="tr-TR"/>
        </w:rPr>
        <w:t xml:space="preserve"> yapılmaksızın Güvenli İnternet Hizmeti adı altında herhangi bir güvenli internet hizmeti sunulmaz.</w:t>
      </w:r>
    </w:p>
    <w:p w14:paraId="562F372D" w14:textId="77777777" w:rsidR="002F05A3" w:rsidRPr="008B497B" w:rsidRDefault="002F05A3" w:rsidP="00B84444">
      <w:pPr>
        <w:pStyle w:val="ListParagraph"/>
        <w:numPr>
          <w:ilvl w:val="0"/>
          <w:numId w:val="10"/>
        </w:numPr>
        <w:spacing w:after="80" w:line="259" w:lineRule="auto"/>
        <w:jc w:val="both"/>
        <w:rPr>
          <w:sz w:val="24"/>
          <w:szCs w:val="24"/>
          <w:lang w:val="tr-TR"/>
        </w:rPr>
      </w:pPr>
      <w:r w:rsidRPr="008B497B">
        <w:rPr>
          <w:sz w:val="24"/>
          <w:szCs w:val="24"/>
          <w:lang w:val="tr-TR"/>
        </w:rPr>
        <w:t xml:space="preserve">Haberleşme sağlayıcı, Kuruma yapacağı </w:t>
      </w:r>
      <w:r w:rsidR="004649E9" w:rsidRPr="008B497B">
        <w:rPr>
          <w:sz w:val="24"/>
          <w:szCs w:val="24"/>
          <w:lang w:val="tr-TR"/>
        </w:rPr>
        <w:t>başvuruda,</w:t>
      </w:r>
      <w:r w:rsidRPr="008B497B">
        <w:rPr>
          <w:sz w:val="24"/>
          <w:szCs w:val="24"/>
          <w:lang w:val="tr-TR"/>
        </w:rPr>
        <w:t xml:space="preserve"> sunulacak paketlere, kullanılacak teknik yöntemlere, başvuru, doğrulama, aktivasyon, değişiklik ve iptal süreçlerine, ücretlendirmeye, abone bilgilendirme metinlerine, </w:t>
      </w:r>
      <w:proofErr w:type="gramStart"/>
      <w:r w:rsidRPr="008B497B">
        <w:rPr>
          <w:sz w:val="24"/>
          <w:szCs w:val="24"/>
          <w:lang w:val="tr-TR"/>
        </w:rPr>
        <w:t>şikayet</w:t>
      </w:r>
      <w:proofErr w:type="gramEnd"/>
      <w:r w:rsidRPr="008B497B">
        <w:rPr>
          <w:sz w:val="24"/>
          <w:szCs w:val="24"/>
          <w:lang w:val="tr-TR"/>
        </w:rPr>
        <w:t xml:space="preserve"> ve raporlama süreçlerine ilişkin bilgi ve belgeleri Kurum</w:t>
      </w:r>
      <w:r w:rsidR="00156EF1" w:rsidRPr="008B497B">
        <w:rPr>
          <w:sz w:val="24"/>
          <w:szCs w:val="24"/>
          <w:lang w:val="tr-TR"/>
        </w:rPr>
        <w:t xml:space="preserve">un belirleyeceği yöntemle </w:t>
      </w:r>
      <w:r w:rsidRPr="008B497B">
        <w:rPr>
          <w:sz w:val="24"/>
          <w:szCs w:val="24"/>
          <w:lang w:val="tr-TR"/>
        </w:rPr>
        <w:t>sunar.</w:t>
      </w:r>
    </w:p>
    <w:p w14:paraId="6C648B78" w14:textId="77777777" w:rsidR="00B84444" w:rsidRPr="008B497B" w:rsidRDefault="00B84444" w:rsidP="00B84444">
      <w:pPr>
        <w:spacing w:after="80" w:line="259" w:lineRule="auto"/>
        <w:ind w:left="360"/>
        <w:jc w:val="both"/>
        <w:rPr>
          <w:sz w:val="24"/>
          <w:szCs w:val="24"/>
          <w:lang w:val="tr-TR"/>
        </w:rPr>
      </w:pPr>
    </w:p>
    <w:p w14:paraId="68476511" w14:textId="77777777" w:rsidR="00213224" w:rsidRPr="008B497B" w:rsidRDefault="00A17F9B">
      <w:pPr>
        <w:keepNext/>
        <w:spacing w:before="160" w:after="80" w:line="259" w:lineRule="auto"/>
        <w:rPr>
          <w:sz w:val="24"/>
          <w:szCs w:val="24"/>
          <w:lang w:val="tr-TR"/>
        </w:rPr>
      </w:pPr>
      <w:r w:rsidRPr="008B497B">
        <w:rPr>
          <w:b/>
          <w:sz w:val="24"/>
          <w:szCs w:val="24"/>
          <w:lang w:val="tr-TR"/>
        </w:rPr>
        <w:t>Madde 6</w:t>
      </w:r>
      <w:r w:rsidR="00852DA4" w:rsidRPr="008B497B">
        <w:rPr>
          <w:b/>
          <w:sz w:val="24"/>
          <w:szCs w:val="24"/>
          <w:lang w:val="tr-TR"/>
        </w:rPr>
        <w:t>.</w:t>
      </w:r>
      <w:r w:rsidRPr="008B497B">
        <w:rPr>
          <w:b/>
          <w:sz w:val="24"/>
          <w:szCs w:val="24"/>
          <w:lang w:val="tr-TR"/>
        </w:rPr>
        <w:t xml:space="preserve"> Sunulacak </w:t>
      </w:r>
      <w:r w:rsidR="008B497B">
        <w:rPr>
          <w:b/>
          <w:sz w:val="24"/>
          <w:szCs w:val="24"/>
          <w:lang w:val="tr-TR"/>
        </w:rPr>
        <w:t>P</w:t>
      </w:r>
      <w:r w:rsidRPr="008B497B">
        <w:rPr>
          <w:b/>
          <w:sz w:val="24"/>
          <w:szCs w:val="24"/>
          <w:lang w:val="tr-TR"/>
        </w:rPr>
        <w:t>aketler</w:t>
      </w:r>
    </w:p>
    <w:p w14:paraId="15FD1B5D" w14:textId="7CCC2FBA" w:rsidR="00B84444" w:rsidRPr="008B497B" w:rsidRDefault="00A17F9B" w:rsidP="00B84444">
      <w:pPr>
        <w:pStyle w:val="ListParagraph"/>
        <w:numPr>
          <w:ilvl w:val="0"/>
          <w:numId w:val="11"/>
        </w:numPr>
        <w:spacing w:after="80" w:line="259" w:lineRule="auto"/>
        <w:jc w:val="both"/>
        <w:rPr>
          <w:sz w:val="24"/>
          <w:szCs w:val="24"/>
          <w:lang w:val="tr-TR"/>
        </w:rPr>
      </w:pPr>
      <w:r w:rsidRPr="008B497B">
        <w:rPr>
          <w:sz w:val="24"/>
          <w:szCs w:val="24"/>
          <w:lang w:val="tr-TR"/>
        </w:rPr>
        <w:t>Haberleşme sağlayıcılar, abonelerine Aile Paketi ve Çocuk Paketi seçeneklerini sun</w:t>
      </w:r>
      <w:r w:rsidR="002F01C4">
        <w:rPr>
          <w:sz w:val="24"/>
          <w:szCs w:val="24"/>
          <w:lang w:val="tr-TR"/>
        </w:rPr>
        <w:t>a</w:t>
      </w:r>
      <w:r w:rsidR="003C42FE">
        <w:rPr>
          <w:sz w:val="24"/>
          <w:szCs w:val="24"/>
          <w:lang w:val="tr-TR"/>
        </w:rPr>
        <w:t>r.</w:t>
      </w:r>
    </w:p>
    <w:p w14:paraId="2A0F7EA0" w14:textId="77777777" w:rsidR="00213224" w:rsidRPr="008B497B" w:rsidRDefault="00A17F9B" w:rsidP="00B84444">
      <w:pPr>
        <w:pStyle w:val="ListParagraph"/>
        <w:numPr>
          <w:ilvl w:val="0"/>
          <w:numId w:val="11"/>
        </w:numPr>
        <w:spacing w:after="80" w:line="259" w:lineRule="auto"/>
        <w:jc w:val="both"/>
        <w:rPr>
          <w:sz w:val="24"/>
          <w:szCs w:val="24"/>
          <w:lang w:val="tr-TR"/>
        </w:rPr>
      </w:pPr>
      <w:r w:rsidRPr="008B497B">
        <w:rPr>
          <w:sz w:val="24"/>
          <w:szCs w:val="24"/>
          <w:lang w:val="tr-TR"/>
        </w:rPr>
        <w:t>Paketler, abonenin açık talebi üzerine aktif edilir ve aboneye paketin kapsamı, sınırları, kullanım şartları, varsa ücretlendirme bilgileri ile değişiklik ve iptal imkanları hakkında açık bilgilendirme yapılır.</w:t>
      </w:r>
    </w:p>
    <w:p w14:paraId="2F7990AD" w14:textId="0B54AA2F" w:rsidR="00B84444" w:rsidRDefault="00B84444" w:rsidP="00B84444">
      <w:pPr>
        <w:pStyle w:val="ListParagraph"/>
        <w:spacing w:after="80" w:line="259" w:lineRule="auto"/>
        <w:jc w:val="both"/>
        <w:rPr>
          <w:sz w:val="24"/>
          <w:szCs w:val="24"/>
          <w:lang w:val="tr-TR"/>
        </w:rPr>
      </w:pPr>
    </w:p>
    <w:p w14:paraId="4A117A55" w14:textId="1B8EDDA2" w:rsidR="007C574E" w:rsidRDefault="007C574E" w:rsidP="00B84444">
      <w:pPr>
        <w:pStyle w:val="ListParagraph"/>
        <w:spacing w:after="80" w:line="259" w:lineRule="auto"/>
        <w:jc w:val="both"/>
        <w:rPr>
          <w:sz w:val="24"/>
          <w:szCs w:val="24"/>
          <w:lang w:val="tr-TR"/>
        </w:rPr>
      </w:pPr>
    </w:p>
    <w:p w14:paraId="52D93FA8" w14:textId="77777777" w:rsidR="007C574E" w:rsidRPr="008B497B" w:rsidRDefault="007C574E" w:rsidP="00B84444">
      <w:pPr>
        <w:pStyle w:val="ListParagraph"/>
        <w:spacing w:after="80" w:line="259" w:lineRule="auto"/>
        <w:jc w:val="both"/>
        <w:rPr>
          <w:sz w:val="24"/>
          <w:szCs w:val="24"/>
          <w:lang w:val="tr-TR"/>
        </w:rPr>
      </w:pPr>
    </w:p>
    <w:p w14:paraId="65AFFA70" w14:textId="77777777" w:rsidR="00213224" w:rsidRPr="008B497B" w:rsidRDefault="00A17F9B">
      <w:pPr>
        <w:keepNext/>
        <w:spacing w:before="160" w:after="80" w:line="259" w:lineRule="auto"/>
        <w:rPr>
          <w:sz w:val="24"/>
          <w:szCs w:val="24"/>
          <w:lang w:val="tr-TR"/>
        </w:rPr>
      </w:pPr>
      <w:r w:rsidRPr="008B497B">
        <w:rPr>
          <w:b/>
          <w:sz w:val="24"/>
          <w:szCs w:val="24"/>
          <w:lang w:val="tr-TR"/>
        </w:rPr>
        <w:lastRenderedPageBreak/>
        <w:t>Madde 7</w:t>
      </w:r>
      <w:r w:rsidR="00852DA4" w:rsidRPr="008B497B">
        <w:rPr>
          <w:b/>
          <w:sz w:val="24"/>
          <w:szCs w:val="24"/>
          <w:lang w:val="tr-TR"/>
        </w:rPr>
        <w:t>.</w:t>
      </w:r>
      <w:r w:rsidRPr="008B497B">
        <w:rPr>
          <w:b/>
          <w:sz w:val="24"/>
          <w:szCs w:val="24"/>
          <w:lang w:val="tr-TR"/>
        </w:rPr>
        <w:t xml:space="preserve"> Aile Paketi</w:t>
      </w:r>
    </w:p>
    <w:p w14:paraId="2B27805E" w14:textId="77777777" w:rsidR="00B84444" w:rsidRPr="008B497B" w:rsidRDefault="00A17F9B" w:rsidP="00B84444">
      <w:pPr>
        <w:pStyle w:val="ListParagraph"/>
        <w:numPr>
          <w:ilvl w:val="0"/>
          <w:numId w:val="12"/>
        </w:numPr>
        <w:spacing w:after="80" w:line="259" w:lineRule="auto"/>
        <w:jc w:val="both"/>
        <w:rPr>
          <w:sz w:val="24"/>
          <w:szCs w:val="24"/>
          <w:lang w:val="tr-TR"/>
        </w:rPr>
      </w:pPr>
      <w:r w:rsidRPr="008B497B">
        <w:rPr>
          <w:sz w:val="24"/>
          <w:szCs w:val="24"/>
          <w:lang w:val="tr-TR"/>
        </w:rPr>
        <w:t>Aile Paketi, aile bireylerinin internet kullanımında karşılaşabileceği zararlı, uygunsuz veya riskli içeriklerin teknik imkanlar ölçüsünde sınırlandırılmasını amaçlayan güvenli internet profilidir.</w:t>
      </w:r>
    </w:p>
    <w:p w14:paraId="25745C49" w14:textId="77777777" w:rsidR="00213224" w:rsidRPr="008B497B" w:rsidRDefault="00A17F9B" w:rsidP="00B84444">
      <w:pPr>
        <w:pStyle w:val="ListParagraph"/>
        <w:numPr>
          <w:ilvl w:val="0"/>
          <w:numId w:val="12"/>
        </w:numPr>
        <w:spacing w:after="80" w:line="259" w:lineRule="auto"/>
        <w:jc w:val="both"/>
        <w:rPr>
          <w:sz w:val="24"/>
          <w:szCs w:val="24"/>
          <w:lang w:val="tr-TR"/>
        </w:rPr>
      </w:pPr>
      <w:r w:rsidRPr="008B497B">
        <w:rPr>
          <w:sz w:val="24"/>
          <w:szCs w:val="24"/>
          <w:lang w:val="tr-TR"/>
        </w:rPr>
        <w:t xml:space="preserve">Aile Paketi kapsamında, Kurum tarafından </w:t>
      </w:r>
      <w:r w:rsidRPr="00F565D3">
        <w:rPr>
          <w:sz w:val="24"/>
          <w:szCs w:val="24"/>
          <w:lang w:val="tr-TR"/>
        </w:rPr>
        <w:t xml:space="preserve">bildirilen </w:t>
      </w:r>
      <w:r w:rsidR="00F565D3" w:rsidRPr="00F565D3">
        <w:rPr>
          <w:color w:val="auto"/>
          <w:sz w:val="24"/>
          <w:szCs w:val="24"/>
          <w:lang w:val="tr-TR"/>
        </w:rPr>
        <w:t>filtreleme ve kategori</w:t>
      </w:r>
      <w:r w:rsidRPr="00F565D3">
        <w:rPr>
          <w:sz w:val="24"/>
          <w:szCs w:val="24"/>
          <w:lang w:val="tr-TR"/>
        </w:rPr>
        <w:t xml:space="preserve"> listeleri çerçevesinde; yetişkinlere yönelik içerikler, ço</w:t>
      </w:r>
      <w:r w:rsidRPr="008B497B">
        <w:rPr>
          <w:sz w:val="24"/>
          <w:szCs w:val="24"/>
          <w:lang w:val="tr-TR"/>
        </w:rPr>
        <w:t xml:space="preserve">cukların gelişimini olumsuz etkileyebilecek içerikler, kumar ve bahis içerikleri, zararlı yazılım, </w:t>
      </w:r>
      <w:proofErr w:type="spellStart"/>
      <w:r w:rsidRPr="008B497B">
        <w:rPr>
          <w:sz w:val="24"/>
          <w:szCs w:val="24"/>
          <w:lang w:val="tr-TR"/>
        </w:rPr>
        <w:t>oltalama</w:t>
      </w:r>
      <w:proofErr w:type="spellEnd"/>
      <w:r w:rsidRPr="008B497B">
        <w:rPr>
          <w:sz w:val="24"/>
          <w:szCs w:val="24"/>
          <w:lang w:val="tr-TR"/>
        </w:rPr>
        <w:t xml:space="preserve"> ve dolandırıcılık siteleri, şiddet, nefret söylemi veya istismar riski taşıyan içerikler ile uyuşturucu ve bağımlılık yapıcı madde veya benzeri riskli içeriklere erişim teknik imkanlar ölçüsünde filtrelenebilir veya sınırlandırılabilir.</w:t>
      </w:r>
    </w:p>
    <w:p w14:paraId="7C051097" w14:textId="77777777" w:rsidR="00B84444" w:rsidRPr="008B497B" w:rsidRDefault="00B84444" w:rsidP="00B84444">
      <w:pPr>
        <w:pStyle w:val="ListParagraph"/>
        <w:spacing w:after="80" w:line="259" w:lineRule="auto"/>
        <w:jc w:val="both"/>
        <w:rPr>
          <w:sz w:val="24"/>
          <w:szCs w:val="24"/>
          <w:lang w:val="tr-TR"/>
        </w:rPr>
      </w:pPr>
    </w:p>
    <w:p w14:paraId="695A7A46" w14:textId="77777777" w:rsidR="00213224" w:rsidRPr="008B497B" w:rsidRDefault="00A17F9B">
      <w:pPr>
        <w:keepNext/>
        <w:spacing w:before="160" w:after="80" w:line="259" w:lineRule="auto"/>
        <w:rPr>
          <w:sz w:val="24"/>
          <w:szCs w:val="24"/>
          <w:lang w:val="tr-TR"/>
        </w:rPr>
      </w:pPr>
      <w:r w:rsidRPr="008B497B">
        <w:rPr>
          <w:b/>
          <w:sz w:val="24"/>
          <w:szCs w:val="24"/>
          <w:lang w:val="tr-TR"/>
        </w:rPr>
        <w:t>Madde 8</w:t>
      </w:r>
      <w:r w:rsidR="00852DA4" w:rsidRPr="008B497B">
        <w:rPr>
          <w:b/>
          <w:sz w:val="24"/>
          <w:szCs w:val="24"/>
          <w:lang w:val="tr-TR"/>
        </w:rPr>
        <w:t>.</w:t>
      </w:r>
      <w:r w:rsidRPr="008B497B">
        <w:rPr>
          <w:b/>
          <w:sz w:val="24"/>
          <w:szCs w:val="24"/>
          <w:lang w:val="tr-TR"/>
        </w:rPr>
        <w:t xml:space="preserve"> Çocuk Paketi</w:t>
      </w:r>
    </w:p>
    <w:p w14:paraId="4F11AE5D" w14:textId="77777777" w:rsidR="00B84444" w:rsidRPr="008B497B" w:rsidRDefault="00A17F9B" w:rsidP="00B84444">
      <w:pPr>
        <w:pStyle w:val="ListParagraph"/>
        <w:numPr>
          <w:ilvl w:val="0"/>
          <w:numId w:val="13"/>
        </w:numPr>
        <w:spacing w:after="80" w:line="259" w:lineRule="auto"/>
        <w:jc w:val="both"/>
        <w:rPr>
          <w:sz w:val="24"/>
          <w:szCs w:val="24"/>
          <w:lang w:val="tr-TR"/>
        </w:rPr>
      </w:pPr>
      <w:r w:rsidRPr="008B497B">
        <w:rPr>
          <w:sz w:val="24"/>
          <w:szCs w:val="24"/>
          <w:lang w:val="tr-TR"/>
        </w:rPr>
        <w:t>Çocuk Paketi, çocukların internet ortamında daha sıkı şekilde korunmasını amaçlayan güvenli internet profilidir.</w:t>
      </w:r>
    </w:p>
    <w:p w14:paraId="745B04F1" w14:textId="77777777" w:rsidR="004F0092" w:rsidRPr="008B497B" w:rsidRDefault="00A17F9B" w:rsidP="004F0092">
      <w:pPr>
        <w:pStyle w:val="ListParagraph"/>
        <w:numPr>
          <w:ilvl w:val="0"/>
          <w:numId w:val="13"/>
        </w:numPr>
        <w:spacing w:after="80" w:line="259" w:lineRule="auto"/>
        <w:jc w:val="both"/>
        <w:rPr>
          <w:sz w:val="24"/>
          <w:szCs w:val="24"/>
          <w:lang w:val="tr-TR"/>
        </w:rPr>
      </w:pPr>
      <w:r w:rsidRPr="008B497B">
        <w:rPr>
          <w:sz w:val="24"/>
          <w:szCs w:val="24"/>
          <w:lang w:val="tr-TR"/>
        </w:rPr>
        <w:t>Çocuk Paketi kapsamında, Aile Paketinde yer alan filtrelere ek olarak, çocukların yaş ve gelişim düzeylerine uygun olmayan internet içeriklerine erişimin daha kapsamlı şekilde sınırlandırılması hedeflenir.</w:t>
      </w:r>
    </w:p>
    <w:p w14:paraId="62D9859D" w14:textId="77777777" w:rsidR="00213224" w:rsidRPr="008B497B" w:rsidRDefault="00A17F9B" w:rsidP="004F0092">
      <w:pPr>
        <w:pStyle w:val="ListParagraph"/>
        <w:numPr>
          <w:ilvl w:val="0"/>
          <w:numId w:val="13"/>
        </w:numPr>
        <w:spacing w:after="80" w:line="259" w:lineRule="auto"/>
        <w:jc w:val="both"/>
        <w:rPr>
          <w:sz w:val="24"/>
          <w:szCs w:val="24"/>
          <w:lang w:val="tr-TR"/>
        </w:rPr>
      </w:pPr>
      <w:r w:rsidRPr="008B497B">
        <w:rPr>
          <w:sz w:val="24"/>
          <w:szCs w:val="24"/>
          <w:lang w:val="tr-TR"/>
        </w:rPr>
        <w:t>Çocuk Paketi, teknik imkanlar ölçüsünde çocuklara uygun olmayan internet sitelerinin engellenmesini, güvenli arama özelliklerinin desteklenmesini, eğitim, bilgi, kültür, bilim ve çocuklara uygun içeriklere erişimin desteklenmesini ve yüksek riskli kategori ve alan adlarına erişimin sınırlandırılmasını içerebilir.</w:t>
      </w:r>
    </w:p>
    <w:p w14:paraId="4DE7BFCF" w14:textId="77777777" w:rsidR="004F0092" w:rsidRPr="008B497B" w:rsidRDefault="004F0092" w:rsidP="004F0092">
      <w:pPr>
        <w:pStyle w:val="ListParagraph"/>
        <w:spacing w:after="80" w:line="259" w:lineRule="auto"/>
        <w:jc w:val="both"/>
        <w:rPr>
          <w:sz w:val="24"/>
          <w:szCs w:val="24"/>
          <w:lang w:val="tr-TR"/>
        </w:rPr>
      </w:pPr>
    </w:p>
    <w:p w14:paraId="4EB657FE" w14:textId="77777777" w:rsidR="00213224" w:rsidRPr="008B497B" w:rsidRDefault="00A17F9B">
      <w:pPr>
        <w:keepNext/>
        <w:spacing w:before="160" w:after="80" w:line="259" w:lineRule="auto"/>
        <w:rPr>
          <w:sz w:val="24"/>
          <w:szCs w:val="24"/>
          <w:lang w:val="tr-TR"/>
        </w:rPr>
      </w:pPr>
      <w:r w:rsidRPr="008B497B">
        <w:rPr>
          <w:b/>
          <w:sz w:val="24"/>
          <w:szCs w:val="24"/>
          <w:lang w:val="tr-TR"/>
        </w:rPr>
        <w:t>Madde 9</w:t>
      </w:r>
      <w:r w:rsidR="00852DA4" w:rsidRPr="008B497B">
        <w:rPr>
          <w:b/>
          <w:sz w:val="24"/>
          <w:szCs w:val="24"/>
          <w:lang w:val="tr-TR"/>
        </w:rPr>
        <w:t>.</w:t>
      </w:r>
      <w:r w:rsidRPr="008B497B">
        <w:rPr>
          <w:b/>
          <w:sz w:val="24"/>
          <w:szCs w:val="24"/>
          <w:lang w:val="tr-TR"/>
        </w:rPr>
        <w:t xml:space="preserve"> Başvuru </w:t>
      </w:r>
      <w:r w:rsidR="008B497B" w:rsidRPr="008B497B">
        <w:rPr>
          <w:b/>
          <w:sz w:val="24"/>
          <w:szCs w:val="24"/>
          <w:lang w:val="tr-TR"/>
        </w:rPr>
        <w:t xml:space="preserve">Kanalları </w:t>
      </w:r>
      <w:r w:rsidR="008B497B">
        <w:rPr>
          <w:b/>
          <w:sz w:val="24"/>
          <w:szCs w:val="24"/>
          <w:lang w:val="tr-TR"/>
        </w:rPr>
        <w:t>v</w:t>
      </w:r>
      <w:r w:rsidR="008B497B" w:rsidRPr="008B497B">
        <w:rPr>
          <w:b/>
          <w:sz w:val="24"/>
          <w:szCs w:val="24"/>
          <w:lang w:val="tr-TR"/>
        </w:rPr>
        <w:t>e Talebin Alınması</w:t>
      </w:r>
    </w:p>
    <w:p w14:paraId="445A856A" w14:textId="77777777" w:rsidR="004F0092" w:rsidRPr="008B497B" w:rsidRDefault="00A17F9B" w:rsidP="004F0092">
      <w:pPr>
        <w:pStyle w:val="ListParagraph"/>
        <w:numPr>
          <w:ilvl w:val="0"/>
          <w:numId w:val="14"/>
        </w:numPr>
        <w:spacing w:after="80" w:line="259" w:lineRule="auto"/>
        <w:jc w:val="both"/>
        <w:rPr>
          <w:sz w:val="24"/>
          <w:szCs w:val="24"/>
          <w:lang w:val="tr-TR"/>
        </w:rPr>
      </w:pPr>
      <w:r w:rsidRPr="008B497B">
        <w:rPr>
          <w:sz w:val="24"/>
          <w:szCs w:val="24"/>
          <w:lang w:val="tr-TR"/>
        </w:rPr>
        <w:t>Haberleşme sağlayıcılar, güvenli internet paketlerinden yararlanmak isteyen aboneler için kolay erişilebilir ve doğrulanabilir başvuru kanalları oluşturur.</w:t>
      </w:r>
    </w:p>
    <w:p w14:paraId="5FBCFAB0" w14:textId="77777777" w:rsidR="004F0092" w:rsidRPr="008B497B" w:rsidRDefault="00A17F9B" w:rsidP="004F0092">
      <w:pPr>
        <w:pStyle w:val="ListParagraph"/>
        <w:numPr>
          <w:ilvl w:val="0"/>
          <w:numId w:val="14"/>
        </w:numPr>
        <w:spacing w:after="80" w:line="259" w:lineRule="auto"/>
        <w:jc w:val="both"/>
        <w:rPr>
          <w:sz w:val="24"/>
          <w:szCs w:val="24"/>
          <w:lang w:val="tr-TR"/>
        </w:rPr>
      </w:pPr>
      <w:r w:rsidRPr="008B497B">
        <w:rPr>
          <w:sz w:val="24"/>
          <w:szCs w:val="24"/>
          <w:lang w:val="tr-TR"/>
        </w:rPr>
        <w:t>Başvurular; yazılı başvuru, internet sitesi, çağrı merkezi, abone veya müşteri paneli, mobil uygulama veya haberleşme sağlayıcı tarafından belirlenen diğer doğrulanabilir yöntemlerle alınabilir.</w:t>
      </w:r>
    </w:p>
    <w:p w14:paraId="6FEA2134" w14:textId="77777777" w:rsidR="00213224" w:rsidRPr="008B497B" w:rsidRDefault="00A17F9B" w:rsidP="004F0092">
      <w:pPr>
        <w:pStyle w:val="ListParagraph"/>
        <w:numPr>
          <w:ilvl w:val="0"/>
          <w:numId w:val="14"/>
        </w:numPr>
        <w:spacing w:after="80" w:line="259" w:lineRule="auto"/>
        <w:jc w:val="both"/>
        <w:rPr>
          <w:sz w:val="24"/>
          <w:szCs w:val="24"/>
          <w:lang w:val="tr-TR"/>
        </w:rPr>
      </w:pPr>
      <w:r w:rsidRPr="008B497B">
        <w:rPr>
          <w:sz w:val="24"/>
          <w:szCs w:val="24"/>
          <w:lang w:val="tr-TR"/>
        </w:rPr>
        <w:t>Haberleşme sağlayıcı, başvurunun abone tarafından yapıldığını doğrulayacak ve talebi kayıt altına alacak süreçleri oluşturur.</w:t>
      </w:r>
    </w:p>
    <w:p w14:paraId="0408BDFB" w14:textId="77777777" w:rsidR="00852DA4" w:rsidRPr="008B497B" w:rsidRDefault="00852DA4" w:rsidP="00852DA4">
      <w:pPr>
        <w:pStyle w:val="ListParagraph"/>
        <w:spacing w:after="80" w:line="259" w:lineRule="auto"/>
        <w:jc w:val="both"/>
        <w:rPr>
          <w:sz w:val="24"/>
          <w:szCs w:val="24"/>
          <w:lang w:val="tr-TR"/>
        </w:rPr>
      </w:pPr>
    </w:p>
    <w:p w14:paraId="5E6D03D9" w14:textId="77777777" w:rsidR="00213224" w:rsidRPr="008B497B" w:rsidRDefault="00A17F9B">
      <w:pPr>
        <w:keepNext/>
        <w:spacing w:before="160" w:after="80" w:line="259" w:lineRule="auto"/>
        <w:rPr>
          <w:sz w:val="24"/>
          <w:szCs w:val="24"/>
          <w:lang w:val="tr-TR"/>
        </w:rPr>
      </w:pPr>
      <w:r w:rsidRPr="008B497B">
        <w:rPr>
          <w:b/>
          <w:sz w:val="24"/>
          <w:szCs w:val="24"/>
          <w:lang w:val="tr-TR"/>
        </w:rPr>
        <w:t>Madde 10</w:t>
      </w:r>
      <w:r w:rsidR="00852DA4" w:rsidRPr="008B497B">
        <w:rPr>
          <w:b/>
          <w:sz w:val="24"/>
          <w:szCs w:val="24"/>
          <w:lang w:val="tr-TR"/>
        </w:rPr>
        <w:t>.</w:t>
      </w:r>
      <w:r w:rsidRPr="008B497B">
        <w:rPr>
          <w:b/>
          <w:sz w:val="24"/>
          <w:szCs w:val="24"/>
          <w:lang w:val="tr-TR"/>
        </w:rPr>
        <w:t xml:space="preserve"> Aktivasyon</w:t>
      </w:r>
    </w:p>
    <w:p w14:paraId="1739887B" w14:textId="77777777" w:rsidR="004F0092" w:rsidRPr="008B497B" w:rsidRDefault="00A17F9B" w:rsidP="004F0092">
      <w:pPr>
        <w:pStyle w:val="ListParagraph"/>
        <w:numPr>
          <w:ilvl w:val="0"/>
          <w:numId w:val="15"/>
        </w:numPr>
        <w:spacing w:after="80" w:line="259" w:lineRule="auto"/>
        <w:jc w:val="both"/>
        <w:rPr>
          <w:sz w:val="24"/>
          <w:szCs w:val="24"/>
          <w:lang w:val="tr-TR"/>
        </w:rPr>
      </w:pPr>
      <w:r w:rsidRPr="008B497B">
        <w:rPr>
          <w:sz w:val="24"/>
          <w:szCs w:val="24"/>
          <w:lang w:val="tr-TR"/>
        </w:rPr>
        <w:t>Haberleşme sağlayıcı, başvurunun doğrulanmasının ardından ilgili güvenli internet paketini en geç iki gün içinde aktif eder.</w:t>
      </w:r>
    </w:p>
    <w:p w14:paraId="153598B3" w14:textId="77777777" w:rsidR="004F0092" w:rsidRPr="008B497B" w:rsidRDefault="00A17F9B" w:rsidP="004F0092">
      <w:pPr>
        <w:pStyle w:val="ListParagraph"/>
        <w:numPr>
          <w:ilvl w:val="0"/>
          <w:numId w:val="15"/>
        </w:numPr>
        <w:spacing w:after="80" w:line="259" w:lineRule="auto"/>
        <w:jc w:val="both"/>
        <w:rPr>
          <w:sz w:val="24"/>
          <w:szCs w:val="24"/>
          <w:lang w:val="tr-TR"/>
        </w:rPr>
      </w:pPr>
      <w:r w:rsidRPr="008B497B">
        <w:rPr>
          <w:sz w:val="24"/>
          <w:szCs w:val="24"/>
          <w:lang w:val="tr-TR"/>
        </w:rPr>
        <w:t>Aktivasyonun teknik nedenlerle iki gün içinde tamamlanamaması halinde, aboneye</w:t>
      </w:r>
      <w:r w:rsidR="00156EF1" w:rsidRPr="008B497B">
        <w:rPr>
          <w:sz w:val="24"/>
          <w:szCs w:val="24"/>
          <w:lang w:val="tr-TR"/>
        </w:rPr>
        <w:t xml:space="preserve"> </w:t>
      </w:r>
      <w:r w:rsidRPr="008B497B">
        <w:rPr>
          <w:sz w:val="24"/>
          <w:szCs w:val="24"/>
          <w:lang w:val="tr-TR"/>
        </w:rPr>
        <w:t>gecikmenin nedeni ve öngörülen tamamlanma süresi hakkında açık ve anlaşılır bilgilendirme yapılır.</w:t>
      </w:r>
      <w:r w:rsidR="00156EF1" w:rsidRPr="008B497B">
        <w:rPr>
          <w:sz w:val="24"/>
          <w:szCs w:val="24"/>
          <w:lang w:val="tr-TR"/>
        </w:rPr>
        <w:t xml:space="preserve"> Bu bilgilendirme abonenin hizmetin başlaması için kullandığı başvuru kanalı ile yapılır.</w:t>
      </w:r>
    </w:p>
    <w:p w14:paraId="442FBF7A" w14:textId="77777777" w:rsidR="00213224" w:rsidRPr="008B497B" w:rsidRDefault="00A17F9B" w:rsidP="004F0092">
      <w:pPr>
        <w:pStyle w:val="ListParagraph"/>
        <w:numPr>
          <w:ilvl w:val="0"/>
          <w:numId w:val="15"/>
        </w:numPr>
        <w:spacing w:after="80" w:line="259" w:lineRule="auto"/>
        <w:jc w:val="both"/>
        <w:rPr>
          <w:sz w:val="24"/>
          <w:szCs w:val="24"/>
          <w:lang w:val="tr-TR"/>
        </w:rPr>
      </w:pPr>
      <w:r w:rsidRPr="008B497B">
        <w:rPr>
          <w:sz w:val="24"/>
          <w:szCs w:val="24"/>
          <w:lang w:val="tr-TR"/>
        </w:rPr>
        <w:t>Aktivasyonun tamamlandığı, abonede iz bırakacak şekilde kısa mesaj, elektronik posta, abone paneli bildirimi veya benzeri uygun bir yöntemle aboneye bildirilir.</w:t>
      </w:r>
    </w:p>
    <w:p w14:paraId="76D18ADA" w14:textId="736BE586" w:rsidR="004F0092" w:rsidRDefault="004F0092" w:rsidP="004F0092">
      <w:pPr>
        <w:pStyle w:val="ListParagraph"/>
        <w:spacing w:after="80" w:line="259" w:lineRule="auto"/>
        <w:jc w:val="both"/>
        <w:rPr>
          <w:sz w:val="24"/>
          <w:szCs w:val="24"/>
          <w:lang w:val="tr-TR"/>
        </w:rPr>
      </w:pPr>
    </w:p>
    <w:p w14:paraId="0D512930" w14:textId="7DA5D24D" w:rsidR="007C574E" w:rsidRDefault="007C574E" w:rsidP="004F0092">
      <w:pPr>
        <w:pStyle w:val="ListParagraph"/>
        <w:spacing w:after="80" w:line="259" w:lineRule="auto"/>
        <w:jc w:val="both"/>
        <w:rPr>
          <w:sz w:val="24"/>
          <w:szCs w:val="24"/>
          <w:lang w:val="tr-TR"/>
        </w:rPr>
      </w:pPr>
    </w:p>
    <w:p w14:paraId="5D81D932" w14:textId="59762B81" w:rsidR="007C574E" w:rsidRDefault="007C574E" w:rsidP="004F0092">
      <w:pPr>
        <w:pStyle w:val="ListParagraph"/>
        <w:spacing w:after="80" w:line="259" w:lineRule="auto"/>
        <w:jc w:val="both"/>
        <w:rPr>
          <w:sz w:val="24"/>
          <w:szCs w:val="24"/>
          <w:lang w:val="tr-TR"/>
        </w:rPr>
      </w:pPr>
    </w:p>
    <w:p w14:paraId="256FD3A0" w14:textId="77777777" w:rsidR="007C574E" w:rsidRPr="008B497B" w:rsidRDefault="007C574E" w:rsidP="004F0092">
      <w:pPr>
        <w:pStyle w:val="ListParagraph"/>
        <w:spacing w:after="80" w:line="259" w:lineRule="auto"/>
        <w:jc w:val="both"/>
        <w:rPr>
          <w:sz w:val="24"/>
          <w:szCs w:val="24"/>
          <w:lang w:val="tr-TR"/>
        </w:rPr>
      </w:pPr>
    </w:p>
    <w:p w14:paraId="5FC8BDBC" w14:textId="77777777" w:rsidR="00213224" w:rsidRPr="008B497B" w:rsidRDefault="00A17F9B">
      <w:pPr>
        <w:keepNext/>
        <w:spacing w:before="160" w:after="80" w:line="259" w:lineRule="auto"/>
        <w:rPr>
          <w:sz w:val="24"/>
          <w:szCs w:val="24"/>
          <w:lang w:val="tr-TR"/>
        </w:rPr>
      </w:pPr>
      <w:r w:rsidRPr="008B497B">
        <w:rPr>
          <w:b/>
          <w:sz w:val="24"/>
          <w:szCs w:val="24"/>
          <w:lang w:val="tr-TR"/>
        </w:rPr>
        <w:lastRenderedPageBreak/>
        <w:t>Madde 11</w:t>
      </w:r>
      <w:r w:rsidR="00852DA4" w:rsidRPr="008B497B">
        <w:rPr>
          <w:b/>
          <w:sz w:val="24"/>
          <w:szCs w:val="24"/>
          <w:lang w:val="tr-TR"/>
        </w:rPr>
        <w:t>.</w:t>
      </w:r>
      <w:r w:rsidRPr="008B497B">
        <w:rPr>
          <w:b/>
          <w:sz w:val="24"/>
          <w:szCs w:val="24"/>
          <w:lang w:val="tr-TR"/>
        </w:rPr>
        <w:t xml:space="preserve"> Paket </w:t>
      </w:r>
      <w:r w:rsidR="00DC10CB" w:rsidRPr="008B497B">
        <w:rPr>
          <w:b/>
          <w:sz w:val="24"/>
          <w:szCs w:val="24"/>
          <w:lang w:val="tr-TR"/>
        </w:rPr>
        <w:t xml:space="preserve">Değişikliği </w:t>
      </w:r>
      <w:r w:rsidR="00DC10CB">
        <w:rPr>
          <w:b/>
          <w:sz w:val="24"/>
          <w:szCs w:val="24"/>
          <w:lang w:val="tr-TR"/>
        </w:rPr>
        <w:t>v</w:t>
      </w:r>
      <w:r w:rsidR="00DC10CB" w:rsidRPr="008B497B">
        <w:rPr>
          <w:b/>
          <w:sz w:val="24"/>
          <w:szCs w:val="24"/>
          <w:lang w:val="tr-TR"/>
        </w:rPr>
        <w:t>e İptal</w:t>
      </w:r>
    </w:p>
    <w:p w14:paraId="3323CEE8" w14:textId="77777777" w:rsidR="002F05A3" w:rsidRPr="008B497B" w:rsidRDefault="00A17F9B" w:rsidP="002F05A3">
      <w:pPr>
        <w:pStyle w:val="ListParagraph"/>
        <w:numPr>
          <w:ilvl w:val="0"/>
          <w:numId w:val="16"/>
        </w:numPr>
        <w:spacing w:after="80" w:line="259" w:lineRule="auto"/>
        <w:jc w:val="both"/>
        <w:rPr>
          <w:sz w:val="24"/>
          <w:szCs w:val="24"/>
          <w:lang w:val="tr-TR"/>
        </w:rPr>
      </w:pPr>
      <w:r w:rsidRPr="008B497B">
        <w:rPr>
          <w:sz w:val="24"/>
          <w:szCs w:val="24"/>
          <w:lang w:val="tr-TR"/>
        </w:rPr>
        <w:t>Abone, tercih ettiği güvenli internet paketini değiştirebilir veya iptal edebilir.</w:t>
      </w:r>
    </w:p>
    <w:p w14:paraId="7FC56C8D" w14:textId="77777777" w:rsidR="002F05A3" w:rsidRPr="008B497B" w:rsidRDefault="00A17F9B" w:rsidP="002F05A3">
      <w:pPr>
        <w:pStyle w:val="ListParagraph"/>
        <w:numPr>
          <w:ilvl w:val="0"/>
          <w:numId w:val="16"/>
        </w:numPr>
        <w:spacing w:after="80" w:line="259" w:lineRule="auto"/>
        <w:jc w:val="both"/>
        <w:rPr>
          <w:sz w:val="24"/>
          <w:szCs w:val="24"/>
          <w:lang w:val="tr-TR"/>
        </w:rPr>
      </w:pPr>
      <w:r w:rsidRPr="008B497B">
        <w:rPr>
          <w:sz w:val="24"/>
          <w:szCs w:val="24"/>
          <w:lang w:val="tr-TR"/>
        </w:rPr>
        <w:t>Paket değişikliği veya iptal işlemlerinde abonenin açık talebi esas alınır.</w:t>
      </w:r>
    </w:p>
    <w:p w14:paraId="53E247FF" w14:textId="77777777" w:rsidR="002F05A3" w:rsidRPr="008B497B" w:rsidRDefault="00A17F9B" w:rsidP="002F05A3">
      <w:pPr>
        <w:pStyle w:val="ListParagraph"/>
        <w:numPr>
          <w:ilvl w:val="0"/>
          <w:numId w:val="16"/>
        </w:numPr>
        <w:spacing w:after="80" w:line="259" w:lineRule="auto"/>
        <w:jc w:val="both"/>
        <w:rPr>
          <w:sz w:val="24"/>
          <w:szCs w:val="24"/>
          <w:lang w:val="tr-TR"/>
        </w:rPr>
      </w:pPr>
      <w:r w:rsidRPr="008B497B">
        <w:rPr>
          <w:sz w:val="24"/>
          <w:szCs w:val="24"/>
          <w:lang w:val="tr-TR"/>
        </w:rPr>
        <w:t>Haberleşme sağlayıcı, paket değişikliği ve iptal taleplerini gecikmeksizin yerine getirmek için gerekli süreçleri oluşturur.</w:t>
      </w:r>
    </w:p>
    <w:p w14:paraId="2AF0D555" w14:textId="77777777" w:rsidR="00213224" w:rsidRPr="008B497B" w:rsidRDefault="00A17F9B" w:rsidP="002F05A3">
      <w:pPr>
        <w:pStyle w:val="ListParagraph"/>
        <w:numPr>
          <w:ilvl w:val="0"/>
          <w:numId w:val="16"/>
        </w:numPr>
        <w:spacing w:after="80" w:line="259" w:lineRule="auto"/>
        <w:jc w:val="both"/>
        <w:rPr>
          <w:sz w:val="24"/>
          <w:szCs w:val="24"/>
          <w:lang w:val="tr-TR"/>
        </w:rPr>
      </w:pPr>
      <w:r w:rsidRPr="008B497B">
        <w:rPr>
          <w:sz w:val="24"/>
          <w:szCs w:val="24"/>
          <w:lang w:val="tr-TR"/>
        </w:rPr>
        <w:t>İptal veya değişiklik işleminin tamamlandığı, abonede iz bırakacak şekilde kısa mesaj, elektronik posta, abone paneli bildirimi veya benzeri uygun bir yöntemle aboneye bildirilir.</w:t>
      </w:r>
    </w:p>
    <w:p w14:paraId="7434F398" w14:textId="77777777" w:rsidR="002F05A3" w:rsidRPr="008B497B" w:rsidRDefault="002F05A3" w:rsidP="002F05A3">
      <w:pPr>
        <w:pStyle w:val="ListParagraph"/>
        <w:spacing w:after="80" w:line="259" w:lineRule="auto"/>
        <w:jc w:val="both"/>
        <w:rPr>
          <w:sz w:val="24"/>
          <w:szCs w:val="24"/>
          <w:lang w:val="tr-TR"/>
        </w:rPr>
      </w:pPr>
    </w:p>
    <w:p w14:paraId="2E7206A1" w14:textId="77777777" w:rsidR="002B5028" w:rsidRPr="008B497B" w:rsidRDefault="001549B6">
      <w:pPr>
        <w:spacing w:before="200" w:after="120"/>
        <w:rPr>
          <w:sz w:val="24"/>
          <w:szCs w:val="24"/>
          <w:lang w:val="tr-TR"/>
        </w:rPr>
      </w:pPr>
      <w:r w:rsidRPr="008B497B">
        <w:rPr>
          <w:b/>
          <w:sz w:val="24"/>
          <w:szCs w:val="24"/>
          <w:lang w:val="tr-TR"/>
        </w:rPr>
        <w:t>Madde 12</w:t>
      </w:r>
      <w:r w:rsidR="00852DA4" w:rsidRPr="008B497B">
        <w:rPr>
          <w:b/>
          <w:sz w:val="24"/>
          <w:szCs w:val="24"/>
          <w:lang w:val="tr-TR"/>
        </w:rPr>
        <w:t>.</w:t>
      </w:r>
      <w:r w:rsidRPr="008B497B">
        <w:rPr>
          <w:b/>
          <w:sz w:val="24"/>
          <w:szCs w:val="24"/>
          <w:lang w:val="tr-TR"/>
        </w:rPr>
        <w:t xml:space="preserve"> </w:t>
      </w:r>
      <w:r w:rsidR="00427B9C" w:rsidRPr="008B497B">
        <w:rPr>
          <w:b/>
          <w:sz w:val="24"/>
          <w:szCs w:val="24"/>
          <w:lang w:val="tr-TR"/>
        </w:rPr>
        <w:t>Haberleşme Sağlayıcılar Tarafından Yerine Getirilecek Hususlar</w:t>
      </w:r>
    </w:p>
    <w:p w14:paraId="6775246E" w14:textId="77777777" w:rsidR="00427B9C" w:rsidRPr="008B497B" w:rsidRDefault="00427B9C" w:rsidP="00427B9C">
      <w:pPr>
        <w:pStyle w:val="ListParagraph"/>
        <w:numPr>
          <w:ilvl w:val="0"/>
          <w:numId w:val="17"/>
        </w:numPr>
        <w:spacing w:after="80" w:line="259" w:lineRule="auto"/>
        <w:jc w:val="both"/>
        <w:rPr>
          <w:sz w:val="24"/>
          <w:szCs w:val="24"/>
          <w:lang w:val="tr-TR"/>
        </w:rPr>
      </w:pPr>
      <w:r w:rsidRPr="008B497B">
        <w:rPr>
          <w:sz w:val="24"/>
          <w:szCs w:val="24"/>
          <w:lang w:val="tr-TR"/>
        </w:rPr>
        <w:t>Aile Paketi ve Çocuk Paketi seçeneklerini abonelerine sunmak için gerekli teknik ve idari düzenlemeleri yap</w:t>
      </w:r>
      <w:r w:rsidR="0024346D" w:rsidRPr="008B497B">
        <w:rPr>
          <w:sz w:val="24"/>
          <w:szCs w:val="24"/>
          <w:lang w:val="tr-TR"/>
        </w:rPr>
        <w:t>mak</w:t>
      </w:r>
      <w:r w:rsidRPr="008B497B">
        <w:rPr>
          <w:sz w:val="24"/>
          <w:szCs w:val="24"/>
          <w:lang w:val="tr-TR"/>
        </w:rPr>
        <w:t>.</w:t>
      </w:r>
    </w:p>
    <w:p w14:paraId="140376EA" w14:textId="77777777" w:rsidR="00427B9C" w:rsidRPr="008B497B" w:rsidRDefault="00427B9C" w:rsidP="00427B9C">
      <w:pPr>
        <w:pStyle w:val="ListParagraph"/>
        <w:numPr>
          <w:ilvl w:val="0"/>
          <w:numId w:val="17"/>
        </w:numPr>
        <w:spacing w:after="80" w:line="259" w:lineRule="auto"/>
        <w:jc w:val="both"/>
        <w:rPr>
          <w:sz w:val="24"/>
          <w:szCs w:val="24"/>
          <w:lang w:val="tr-TR"/>
        </w:rPr>
      </w:pPr>
      <w:r w:rsidRPr="008B497B">
        <w:rPr>
          <w:sz w:val="24"/>
          <w:szCs w:val="24"/>
          <w:lang w:val="tr-TR"/>
        </w:rPr>
        <w:t>Güvenli internet paketlerinin talep edilmesi, aktif edilmesi, değiştirilmesi ve iptal edilmesine ilişkin kolay</w:t>
      </w:r>
      <w:r w:rsidR="00156EF1" w:rsidRPr="008B497B">
        <w:rPr>
          <w:sz w:val="24"/>
          <w:szCs w:val="24"/>
          <w:lang w:val="tr-TR"/>
        </w:rPr>
        <w:t>,</w:t>
      </w:r>
      <w:r w:rsidRPr="008B497B">
        <w:rPr>
          <w:sz w:val="24"/>
          <w:szCs w:val="24"/>
          <w:lang w:val="tr-TR"/>
        </w:rPr>
        <w:t xml:space="preserve"> erişilebilir </w:t>
      </w:r>
      <w:r w:rsidR="00156EF1" w:rsidRPr="008B497B">
        <w:rPr>
          <w:sz w:val="24"/>
          <w:szCs w:val="24"/>
          <w:lang w:val="tr-TR"/>
        </w:rPr>
        <w:t xml:space="preserve">ve doğrulanabilir </w:t>
      </w:r>
      <w:r w:rsidRPr="008B497B">
        <w:rPr>
          <w:sz w:val="24"/>
          <w:szCs w:val="24"/>
          <w:lang w:val="tr-TR"/>
        </w:rPr>
        <w:t>başvuru kanalları oluştur</w:t>
      </w:r>
      <w:r w:rsidR="0024346D" w:rsidRPr="008B497B">
        <w:rPr>
          <w:sz w:val="24"/>
          <w:szCs w:val="24"/>
          <w:lang w:val="tr-TR"/>
        </w:rPr>
        <w:t>mak</w:t>
      </w:r>
      <w:r w:rsidRPr="008B497B">
        <w:rPr>
          <w:sz w:val="24"/>
          <w:szCs w:val="24"/>
          <w:lang w:val="tr-TR"/>
        </w:rPr>
        <w:t>.</w:t>
      </w:r>
    </w:p>
    <w:p w14:paraId="63F5B883" w14:textId="77777777" w:rsidR="00427B9C" w:rsidRPr="008B497B" w:rsidRDefault="00427B9C" w:rsidP="00427B9C">
      <w:pPr>
        <w:pStyle w:val="ListParagraph"/>
        <w:numPr>
          <w:ilvl w:val="0"/>
          <w:numId w:val="17"/>
        </w:numPr>
        <w:spacing w:after="80" w:line="259" w:lineRule="auto"/>
        <w:jc w:val="both"/>
        <w:rPr>
          <w:sz w:val="24"/>
          <w:szCs w:val="24"/>
          <w:lang w:val="tr-TR"/>
        </w:rPr>
      </w:pPr>
      <w:r w:rsidRPr="008B497B">
        <w:rPr>
          <w:sz w:val="24"/>
          <w:szCs w:val="24"/>
          <w:lang w:val="tr-TR"/>
        </w:rPr>
        <w:t>Aboneleri güvenli internet paketlerinin kapsamı, sınırları, kullanım şartları, varsa ücretlendirme bilgileri ve değişiklik</w:t>
      </w:r>
      <w:r w:rsidR="002E6559" w:rsidRPr="008B497B">
        <w:rPr>
          <w:sz w:val="24"/>
          <w:szCs w:val="24"/>
          <w:lang w:val="tr-TR"/>
        </w:rPr>
        <w:t xml:space="preserve"> ve/veya </w:t>
      </w:r>
      <w:r w:rsidRPr="008B497B">
        <w:rPr>
          <w:sz w:val="24"/>
          <w:szCs w:val="24"/>
          <w:lang w:val="tr-TR"/>
        </w:rPr>
        <w:t>iptal imkanları hakkında açık ve anlaşılır şekilde bilgilendir</w:t>
      </w:r>
      <w:r w:rsidR="0024346D" w:rsidRPr="008B497B">
        <w:rPr>
          <w:sz w:val="24"/>
          <w:szCs w:val="24"/>
          <w:lang w:val="tr-TR"/>
        </w:rPr>
        <w:t>mek</w:t>
      </w:r>
      <w:r w:rsidRPr="008B497B">
        <w:rPr>
          <w:sz w:val="24"/>
          <w:szCs w:val="24"/>
          <w:lang w:val="tr-TR"/>
        </w:rPr>
        <w:t>.</w:t>
      </w:r>
    </w:p>
    <w:p w14:paraId="64B45AB2" w14:textId="77777777" w:rsidR="00427B9C" w:rsidRPr="008B497B" w:rsidRDefault="00427B9C" w:rsidP="00427B9C">
      <w:pPr>
        <w:pStyle w:val="ListParagraph"/>
        <w:numPr>
          <w:ilvl w:val="0"/>
          <w:numId w:val="17"/>
        </w:numPr>
        <w:spacing w:after="80" w:line="259" w:lineRule="auto"/>
        <w:jc w:val="both"/>
        <w:rPr>
          <w:sz w:val="24"/>
          <w:szCs w:val="24"/>
          <w:lang w:val="tr-TR"/>
        </w:rPr>
      </w:pPr>
      <w:r w:rsidRPr="008B497B">
        <w:rPr>
          <w:sz w:val="24"/>
          <w:szCs w:val="24"/>
          <w:lang w:val="tr-TR"/>
        </w:rPr>
        <w:t>Hiçbir teknik yöntemin mutlak koruma sağlamayacağı hususu da dahil olmak üzere hizmetin kapsamı ve sınırları hakkında abonelere gerekli açıklamaları yap</w:t>
      </w:r>
      <w:r w:rsidR="0024346D" w:rsidRPr="008B497B">
        <w:rPr>
          <w:sz w:val="24"/>
          <w:szCs w:val="24"/>
          <w:lang w:val="tr-TR"/>
        </w:rPr>
        <w:t>mak</w:t>
      </w:r>
      <w:r w:rsidRPr="008B497B">
        <w:rPr>
          <w:sz w:val="24"/>
          <w:szCs w:val="24"/>
          <w:lang w:val="tr-TR"/>
        </w:rPr>
        <w:t>.</w:t>
      </w:r>
    </w:p>
    <w:p w14:paraId="76084816" w14:textId="77777777" w:rsidR="00427B9C" w:rsidRPr="008B497B" w:rsidRDefault="00427B9C" w:rsidP="00427B9C">
      <w:pPr>
        <w:pStyle w:val="ListParagraph"/>
        <w:numPr>
          <w:ilvl w:val="0"/>
          <w:numId w:val="17"/>
        </w:numPr>
        <w:spacing w:after="80" w:line="259" w:lineRule="auto"/>
        <w:jc w:val="both"/>
        <w:rPr>
          <w:sz w:val="24"/>
          <w:szCs w:val="24"/>
          <w:lang w:val="tr-TR"/>
        </w:rPr>
      </w:pPr>
      <w:r w:rsidRPr="008B497B">
        <w:rPr>
          <w:sz w:val="24"/>
          <w:szCs w:val="24"/>
          <w:lang w:val="tr-TR"/>
        </w:rPr>
        <w:t xml:space="preserve">Kurum tarafından bildirilen </w:t>
      </w:r>
      <w:r w:rsidR="002E6559" w:rsidRPr="008B497B">
        <w:rPr>
          <w:sz w:val="24"/>
          <w:szCs w:val="24"/>
          <w:lang w:val="tr-TR"/>
        </w:rPr>
        <w:t>alan adı, kategori</w:t>
      </w:r>
      <w:r w:rsidRPr="008B497B">
        <w:rPr>
          <w:sz w:val="24"/>
          <w:szCs w:val="24"/>
          <w:lang w:val="tr-TR"/>
        </w:rPr>
        <w:t xml:space="preserve"> listelerini </w:t>
      </w:r>
      <w:r w:rsidR="002E6559" w:rsidRPr="008B497B">
        <w:rPr>
          <w:sz w:val="24"/>
          <w:szCs w:val="24"/>
          <w:lang w:val="tr-TR"/>
        </w:rPr>
        <w:t>Güvenli İnternet Hizmeti kapsamında</w:t>
      </w:r>
      <w:r w:rsidRPr="008B497B">
        <w:rPr>
          <w:sz w:val="24"/>
          <w:szCs w:val="24"/>
          <w:lang w:val="tr-TR"/>
        </w:rPr>
        <w:t xml:space="preserve"> uygulamak ve güncel tut</w:t>
      </w:r>
      <w:r w:rsidR="0024346D" w:rsidRPr="008B497B">
        <w:rPr>
          <w:sz w:val="24"/>
          <w:szCs w:val="24"/>
          <w:lang w:val="tr-TR"/>
        </w:rPr>
        <w:t>mak</w:t>
      </w:r>
      <w:r w:rsidRPr="008B497B">
        <w:rPr>
          <w:sz w:val="24"/>
          <w:szCs w:val="24"/>
          <w:lang w:val="tr-TR"/>
        </w:rPr>
        <w:t>.</w:t>
      </w:r>
    </w:p>
    <w:p w14:paraId="36C263A3" w14:textId="77777777" w:rsidR="00427B9C" w:rsidRPr="008B497B" w:rsidRDefault="00427B9C" w:rsidP="00427B9C">
      <w:pPr>
        <w:pStyle w:val="ListParagraph"/>
        <w:numPr>
          <w:ilvl w:val="0"/>
          <w:numId w:val="17"/>
        </w:numPr>
        <w:spacing w:after="80" w:line="259" w:lineRule="auto"/>
        <w:jc w:val="both"/>
        <w:rPr>
          <w:sz w:val="24"/>
          <w:szCs w:val="24"/>
          <w:lang w:val="tr-TR"/>
        </w:rPr>
      </w:pPr>
      <w:r w:rsidRPr="008B497B">
        <w:rPr>
          <w:sz w:val="24"/>
          <w:szCs w:val="24"/>
          <w:lang w:val="tr-TR"/>
        </w:rPr>
        <w:t>Hizmetin uygulanmasında haberleşmenin gizliliği, kişisel verilerin korunması, abone mahremiyeti ve ölçülülük ilkelerine uygun hareket e</w:t>
      </w:r>
      <w:r w:rsidR="0024346D" w:rsidRPr="008B497B">
        <w:rPr>
          <w:sz w:val="24"/>
          <w:szCs w:val="24"/>
          <w:lang w:val="tr-TR"/>
        </w:rPr>
        <w:t>tmek</w:t>
      </w:r>
      <w:r w:rsidRPr="008B497B">
        <w:rPr>
          <w:sz w:val="24"/>
          <w:szCs w:val="24"/>
          <w:lang w:val="tr-TR"/>
        </w:rPr>
        <w:t>.</w:t>
      </w:r>
    </w:p>
    <w:p w14:paraId="5A753091" w14:textId="77777777" w:rsidR="0024346D" w:rsidRPr="008B497B" w:rsidRDefault="00427B9C" w:rsidP="0024346D">
      <w:pPr>
        <w:pStyle w:val="ListParagraph"/>
        <w:numPr>
          <w:ilvl w:val="0"/>
          <w:numId w:val="17"/>
        </w:numPr>
        <w:spacing w:after="80" w:line="259" w:lineRule="auto"/>
        <w:jc w:val="both"/>
        <w:rPr>
          <w:color w:val="auto"/>
          <w:sz w:val="24"/>
          <w:szCs w:val="24"/>
          <w:lang w:val="tr-TR"/>
        </w:rPr>
      </w:pPr>
      <w:r w:rsidRPr="008B497B">
        <w:rPr>
          <w:color w:val="auto"/>
          <w:sz w:val="24"/>
          <w:szCs w:val="24"/>
          <w:lang w:val="tr-TR"/>
        </w:rPr>
        <w:t>Kurum tarafından talep edilmesi halinde kişisel veri içermeyen genel istatistiki bilgileri Kuruma sun</w:t>
      </w:r>
      <w:r w:rsidR="0024346D" w:rsidRPr="008B497B">
        <w:rPr>
          <w:color w:val="auto"/>
          <w:sz w:val="24"/>
          <w:szCs w:val="24"/>
          <w:lang w:val="tr-TR"/>
        </w:rPr>
        <w:t>mak</w:t>
      </w:r>
      <w:r w:rsidRPr="008B497B">
        <w:rPr>
          <w:color w:val="auto"/>
          <w:sz w:val="24"/>
          <w:szCs w:val="24"/>
          <w:lang w:val="tr-TR"/>
        </w:rPr>
        <w:t>.</w:t>
      </w:r>
    </w:p>
    <w:p w14:paraId="5CD50809" w14:textId="77777777" w:rsidR="0024346D" w:rsidRPr="008B497B" w:rsidRDefault="001549B6" w:rsidP="0024346D">
      <w:pPr>
        <w:pStyle w:val="ListParagraph"/>
        <w:numPr>
          <w:ilvl w:val="0"/>
          <w:numId w:val="17"/>
        </w:numPr>
        <w:spacing w:after="80" w:line="259" w:lineRule="auto"/>
        <w:jc w:val="both"/>
        <w:rPr>
          <w:color w:val="auto"/>
          <w:sz w:val="24"/>
          <w:szCs w:val="24"/>
          <w:lang w:val="tr-TR"/>
        </w:rPr>
      </w:pPr>
      <w:r w:rsidRPr="008B497B">
        <w:rPr>
          <w:color w:val="auto"/>
          <w:sz w:val="24"/>
          <w:szCs w:val="24"/>
          <w:lang w:val="tr-TR"/>
        </w:rPr>
        <w:t xml:space="preserve">Kurum tarafından belirlenen teknik standartlara, uygulama esaslarına, raporlama formatına ve hizmete ilişkin rehber veya açıklamalara uygun hareket </w:t>
      </w:r>
      <w:r w:rsidR="0024346D" w:rsidRPr="008B497B">
        <w:rPr>
          <w:color w:val="auto"/>
          <w:sz w:val="24"/>
          <w:szCs w:val="24"/>
          <w:lang w:val="tr-TR"/>
        </w:rPr>
        <w:t>etmek.</w:t>
      </w:r>
    </w:p>
    <w:p w14:paraId="73A2278B" w14:textId="77777777" w:rsidR="0088755B" w:rsidRPr="008B497B" w:rsidRDefault="001549B6" w:rsidP="0088755B">
      <w:pPr>
        <w:pStyle w:val="ListParagraph"/>
        <w:numPr>
          <w:ilvl w:val="0"/>
          <w:numId w:val="17"/>
        </w:numPr>
        <w:spacing w:after="80" w:line="259" w:lineRule="auto"/>
        <w:jc w:val="both"/>
        <w:rPr>
          <w:color w:val="auto"/>
          <w:sz w:val="24"/>
          <w:szCs w:val="24"/>
          <w:lang w:val="tr-TR"/>
        </w:rPr>
      </w:pPr>
      <w:r w:rsidRPr="008B497B">
        <w:rPr>
          <w:color w:val="auto"/>
          <w:sz w:val="24"/>
          <w:szCs w:val="24"/>
          <w:lang w:val="tr-TR"/>
        </w:rPr>
        <w:t>Uygulamada ortaya çıkan teknik veya idari sorunları, filtreleme listelerine ilişkin hata, uyumsuzluk veya uygulanamama hallerini gecikmeksizin Kuruma bildirmek</w:t>
      </w:r>
      <w:r w:rsidR="0024346D" w:rsidRPr="008B497B">
        <w:rPr>
          <w:color w:val="auto"/>
          <w:sz w:val="24"/>
          <w:szCs w:val="24"/>
          <w:lang w:val="tr-TR"/>
        </w:rPr>
        <w:t>.</w:t>
      </w:r>
    </w:p>
    <w:p w14:paraId="2ED3FD61" w14:textId="77777777" w:rsidR="002B5028" w:rsidRPr="008B497B" w:rsidRDefault="001549B6" w:rsidP="0088755B">
      <w:pPr>
        <w:pStyle w:val="ListParagraph"/>
        <w:numPr>
          <w:ilvl w:val="0"/>
          <w:numId w:val="17"/>
        </w:numPr>
        <w:spacing w:after="80" w:line="259" w:lineRule="auto"/>
        <w:ind w:hanging="450"/>
        <w:jc w:val="both"/>
        <w:rPr>
          <w:color w:val="auto"/>
          <w:sz w:val="24"/>
          <w:szCs w:val="24"/>
          <w:lang w:val="tr-TR"/>
        </w:rPr>
      </w:pPr>
      <w:r w:rsidRPr="008B497B">
        <w:rPr>
          <w:color w:val="auto"/>
          <w:sz w:val="24"/>
          <w:szCs w:val="24"/>
          <w:lang w:val="tr-TR"/>
        </w:rPr>
        <w:t>Kurum tarafından uygun görülen bilgilendirme, duyuru ve farkındalık çalışmalarına kendi iletişim kanalları üzerinden makul ölçüde destek vermek</w:t>
      </w:r>
      <w:r w:rsidR="0024346D" w:rsidRPr="008B497B">
        <w:rPr>
          <w:color w:val="auto"/>
          <w:sz w:val="24"/>
          <w:szCs w:val="24"/>
          <w:lang w:val="tr-TR"/>
        </w:rPr>
        <w:t>.</w:t>
      </w:r>
    </w:p>
    <w:p w14:paraId="15AC2BB6" w14:textId="77777777" w:rsidR="0088755B" w:rsidRPr="008B497B" w:rsidRDefault="0088755B">
      <w:pPr>
        <w:spacing w:before="200" w:after="120"/>
        <w:rPr>
          <w:b/>
          <w:sz w:val="24"/>
          <w:szCs w:val="24"/>
          <w:lang w:val="tr-TR"/>
        </w:rPr>
      </w:pPr>
    </w:p>
    <w:p w14:paraId="0915A4CF" w14:textId="77777777" w:rsidR="002B5028" w:rsidRPr="008B497B" w:rsidRDefault="001549B6">
      <w:pPr>
        <w:spacing w:before="200" w:after="120"/>
        <w:rPr>
          <w:sz w:val="24"/>
          <w:szCs w:val="24"/>
          <w:lang w:val="tr-TR"/>
        </w:rPr>
      </w:pPr>
      <w:r w:rsidRPr="008B497B">
        <w:rPr>
          <w:b/>
          <w:sz w:val="24"/>
          <w:szCs w:val="24"/>
          <w:lang w:val="tr-TR"/>
        </w:rPr>
        <w:t>Madde 13</w:t>
      </w:r>
      <w:r w:rsidR="00852DA4" w:rsidRPr="008B497B">
        <w:rPr>
          <w:b/>
          <w:sz w:val="24"/>
          <w:szCs w:val="24"/>
          <w:lang w:val="tr-TR"/>
        </w:rPr>
        <w:t>.</w:t>
      </w:r>
      <w:r w:rsidRPr="008B497B">
        <w:rPr>
          <w:b/>
          <w:sz w:val="24"/>
          <w:szCs w:val="24"/>
          <w:lang w:val="tr-TR"/>
        </w:rPr>
        <w:t xml:space="preserve"> Teknik </w:t>
      </w:r>
      <w:r w:rsidR="0088755B" w:rsidRPr="008B497B">
        <w:rPr>
          <w:b/>
          <w:sz w:val="24"/>
          <w:szCs w:val="24"/>
          <w:lang w:val="tr-TR"/>
        </w:rPr>
        <w:t>Uygulama Esasları</w:t>
      </w:r>
    </w:p>
    <w:p w14:paraId="1E605BD0" w14:textId="77777777" w:rsidR="0024346D" w:rsidRPr="008B497B" w:rsidRDefault="001549B6" w:rsidP="0024346D">
      <w:pPr>
        <w:pStyle w:val="ListParagraph"/>
        <w:numPr>
          <w:ilvl w:val="0"/>
          <w:numId w:val="18"/>
        </w:numPr>
        <w:spacing w:after="120"/>
        <w:jc w:val="both"/>
        <w:rPr>
          <w:sz w:val="24"/>
          <w:szCs w:val="24"/>
          <w:lang w:val="tr-TR"/>
        </w:rPr>
      </w:pPr>
      <w:r w:rsidRPr="008B497B">
        <w:rPr>
          <w:sz w:val="24"/>
          <w:szCs w:val="24"/>
          <w:lang w:val="tr-TR"/>
        </w:rPr>
        <w:t>Haberleşme sağlayıcılar, güvenli internet paketlerini kendi teknik altyapılarına uygun şekilde uygular</w:t>
      </w:r>
      <w:r w:rsidR="0024346D" w:rsidRPr="008B497B">
        <w:rPr>
          <w:sz w:val="24"/>
          <w:szCs w:val="24"/>
          <w:lang w:val="tr-TR"/>
        </w:rPr>
        <w:t>.</w:t>
      </w:r>
    </w:p>
    <w:p w14:paraId="71AF0065" w14:textId="77777777" w:rsidR="0024346D" w:rsidRPr="008B497B" w:rsidRDefault="001549B6" w:rsidP="0024346D">
      <w:pPr>
        <w:pStyle w:val="ListParagraph"/>
        <w:numPr>
          <w:ilvl w:val="0"/>
          <w:numId w:val="18"/>
        </w:numPr>
        <w:spacing w:after="120"/>
        <w:jc w:val="both"/>
        <w:rPr>
          <w:sz w:val="24"/>
          <w:szCs w:val="24"/>
          <w:lang w:val="tr-TR"/>
        </w:rPr>
      </w:pPr>
      <w:r w:rsidRPr="008B497B">
        <w:rPr>
          <w:sz w:val="24"/>
          <w:szCs w:val="24"/>
          <w:lang w:val="tr-TR"/>
        </w:rPr>
        <w:t>Filtreleme yöntemi olarak DNS tabanlı filtreleme, alan adı veya kategori listeleri</w:t>
      </w:r>
      <w:r w:rsidR="0088755B" w:rsidRPr="008B497B">
        <w:rPr>
          <w:sz w:val="24"/>
          <w:szCs w:val="24"/>
          <w:lang w:val="tr-TR"/>
        </w:rPr>
        <w:t xml:space="preserve"> </w:t>
      </w:r>
      <w:r w:rsidRPr="008B497B">
        <w:rPr>
          <w:sz w:val="24"/>
          <w:szCs w:val="24"/>
          <w:lang w:val="tr-TR"/>
        </w:rPr>
        <w:t>veya benzeri teknik yöntemler kullanılabilir.</w:t>
      </w:r>
    </w:p>
    <w:p w14:paraId="61AF079E" w14:textId="77777777" w:rsidR="0024346D" w:rsidRPr="008B497B" w:rsidRDefault="001549B6" w:rsidP="0024346D">
      <w:pPr>
        <w:pStyle w:val="ListParagraph"/>
        <w:numPr>
          <w:ilvl w:val="0"/>
          <w:numId w:val="18"/>
        </w:numPr>
        <w:spacing w:after="120"/>
        <w:jc w:val="both"/>
        <w:rPr>
          <w:sz w:val="24"/>
          <w:szCs w:val="24"/>
          <w:lang w:val="tr-TR"/>
        </w:rPr>
      </w:pPr>
      <w:r w:rsidRPr="008B497B">
        <w:rPr>
          <w:sz w:val="24"/>
          <w:szCs w:val="24"/>
          <w:lang w:val="tr-TR"/>
        </w:rPr>
        <w:t>Haberleşme sağlayıcılar, teknik imkanları ölçüsünde sistemin sürekliliğini ve güncelliğini sağlar.</w:t>
      </w:r>
    </w:p>
    <w:p w14:paraId="12C42C04" w14:textId="77777777" w:rsidR="0024346D" w:rsidRPr="008B497B" w:rsidRDefault="001549B6" w:rsidP="0024346D">
      <w:pPr>
        <w:pStyle w:val="ListParagraph"/>
        <w:numPr>
          <w:ilvl w:val="0"/>
          <w:numId w:val="18"/>
        </w:numPr>
        <w:spacing w:after="120"/>
        <w:jc w:val="both"/>
        <w:rPr>
          <w:sz w:val="24"/>
          <w:szCs w:val="24"/>
          <w:lang w:val="tr-TR"/>
        </w:rPr>
      </w:pPr>
      <w:r w:rsidRPr="008B497B">
        <w:rPr>
          <w:sz w:val="24"/>
          <w:szCs w:val="24"/>
          <w:lang w:val="tr-TR"/>
        </w:rPr>
        <w:t>Güvenli internet paketlerinin uygulanması, internet hizmetinin genel kalitesini düşürmeyecek şekilde planlanır.</w:t>
      </w:r>
    </w:p>
    <w:p w14:paraId="0AD95359" w14:textId="77777777" w:rsidR="002B5028" w:rsidRPr="008B497B" w:rsidRDefault="001549B6" w:rsidP="0024346D">
      <w:pPr>
        <w:pStyle w:val="ListParagraph"/>
        <w:numPr>
          <w:ilvl w:val="0"/>
          <w:numId w:val="18"/>
        </w:numPr>
        <w:spacing w:after="120"/>
        <w:jc w:val="both"/>
        <w:rPr>
          <w:color w:val="auto"/>
          <w:sz w:val="24"/>
          <w:szCs w:val="24"/>
          <w:lang w:val="tr-TR"/>
        </w:rPr>
      </w:pPr>
      <w:r w:rsidRPr="008B497B">
        <w:rPr>
          <w:color w:val="auto"/>
          <w:sz w:val="24"/>
          <w:szCs w:val="24"/>
          <w:lang w:val="tr-TR"/>
        </w:rPr>
        <w:t>Teknik filtreleme, yalnızca belirlenen kategori</w:t>
      </w:r>
      <w:r w:rsidR="0088755B" w:rsidRPr="008B497B">
        <w:rPr>
          <w:color w:val="auto"/>
          <w:sz w:val="24"/>
          <w:szCs w:val="24"/>
          <w:lang w:val="tr-TR"/>
        </w:rPr>
        <w:t xml:space="preserve">lerle </w:t>
      </w:r>
      <w:r w:rsidRPr="008B497B">
        <w:rPr>
          <w:color w:val="auto"/>
          <w:sz w:val="24"/>
          <w:szCs w:val="24"/>
          <w:lang w:val="tr-TR"/>
        </w:rPr>
        <w:t>sınırlı olarak uygulanır.</w:t>
      </w:r>
    </w:p>
    <w:p w14:paraId="4E5F3228" w14:textId="4E1659D8" w:rsidR="0024346D" w:rsidRDefault="0024346D" w:rsidP="0024346D">
      <w:pPr>
        <w:pStyle w:val="ListParagraph"/>
        <w:spacing w:after="120"/>
        <w:jc w:val="both"/>
        <w:rPr>
          <w:sz w:val="24"/>
          <w:szCs w:val="24"/>
          <w:lang w:val="tr-TR"/>
        </w:rPr>
      </w:pPr>
    </w:p>
    <w:p w14:paraId="4A81A090" w14:textId="77777777" w:rsidR="007C574E" w:rsidRPr="008B497B" w:rsidRDefault="007C574E" w:rsidP="0024346D">
      <w:pPr>
        <w:pStyle w:val="ListParagraph"/>
        <w:spacing w:after="120"/>
        <w:jc w:val="both"/>
        <w:rPr>
          <w:sz w:val="24"/>
          <w:szCs w:val="24"/>
          <w:lang w:val="tr-TR"/>
        </w:rPr>
      </w:pPr>
    </w:p>
    <w:p w14:paraId="3514048B" w14:textId="77777777" w:rsidR="002B5028" w:rsidRPr="008B497B" w:rsidRDefault="001549B6" w:rsidP="0024346D">
      <w:pPr>
        <w:spacing w:before="200" w:after="120"/>
        <w:jc w:val="both"/>
        <w:rPr>
          <w:sz w:val="24"/>
          <w:szCs w:val="24"/>
          <w:lang w:val="tr-TR"/>
        </w:rPr>
      </w:pPr>
      <w:r w:rsidRPr="008B497B">
        <w:rPr>
          <w:b/>
          <w:sz w:val="24"/>
          <w:szCs w:val="24"/>
          <w:lang w:val="tr-TR"/>
        </w:rPr>
        <w:lastRenderedPageBreak/>
        <w:t>Madde 14</w:t>
      </w:r>
      <w:r w:rsidR="00852DA4" w:rsidRPr="008B497B">
        <w:rPr>
          <w:b/>
          <w:sz w:val="24"/>
          <w:szCs w:val="24"/>
          <w:lang w:val="tr-TR"/>
        </w:rPr>
        <w:t>.</w:t>
      </w:r>
      <w:r w:rsidRPr="008B497B">
        <w:rPr>
          <w:b/>
          <w:sz w:val="24"/>
          <w:szCs w:val="24"/>
          <w:lang w:val="tr-TR"/>
        </w:rPr>
        <w:t xml:space="preserve"> Filtreleme </w:t>
      </w:r>
      <w:r w:rsidR="00F565D3">
        <w:rPr>
          <w:b/>
          <w:sz w:val="24"/>
          <w:szCs w:val="24"/>
          <w:lang w:val="tr-TR"/>
        </w:rPr>
        <w:t xml:space="preserve">ve Kategori </w:t>
      </w:r>
      <w:r w:rsidR="00852DA4" w:rsidRPr="008B497B">
        <w:rPr>
          <w:b/>
          <w:sz w:val="24"/>
          <w:szCs w:val="24"/>
          <w:lang w:val="tr-TR"/>
        </w:rPr>
        <w:t>Listelerinin Uygulanması ve Güncellenmesi</w:t>
      </w:r>
    </w:p>
    <w:p w14:paraId="5BFF246F" w14:textId="77777777" w:rsidR="0024346D" w:rsidRPr="008B497B" w:rsidRDefault="001549B6" w:rsidP="0024346D">
      <w:pPr>
        <w:pStyle w:val="ListParagraph"/>
        <w:numPr>
          <w:ilvl w:val="0"/>
          <w:numId w:val="19"/>
        </w:numPr>
        <w:jc w:val="both"/>
        <w:rPr>
          <w:color w:val="auto"/>
          <w:sz w:val="24"/>
          <w:szCs w:val="24"/>
          <w:lang w:val="tr-TR"/>
        </w:rPr>
      </w:pPr>
      <w:r w:rsidRPr="008B497B">
        <w:rPr>
          <w:color w:val="auto"/>
          <w:sz w:val="24"/>
          <w:szCs w:val="24"/>
          <w:lang w:val="tr-TR"/>
        </w:rPr>
        <w:t>Bu Düzenleme kapsamında Güvenli İnternet Hizmetine ilişkin kullanılacak filtreleme</w:t>
      </w:r>
      <w:r w:rsidR="0088755B" w:rsidRPr="008B497B">
        <w:rPr>
          <w:color w:val="auto"/>
          <w:sz w:val="24"/>
          <w:szCs w:val="24"/>
          <w:lang w:val="tr-TR"/>
        </w:rPr>
        <w:t xml:space="preserve"> ve</w:t>
      </w:r>
      <w:r w:rsidRPr="008B497B">
        <w:rPr>
          <w:color w:val="auto"/>
          <w:sz w:val="24"/>
          <w:szCs w:val="24"/>
          <w:lang w:val="tr-TR"/>
        </w:rPr>
        <w:t xml:space="preserve"> </w:t>
      </w:r>
      <w:r w:rsidR="0088755B" w:rsidRPr="008B497B">
        <w:rPr>
          <w:color w:val="auto"/>
          <w:sz w:val="24"/>
          <w:szCs w:val="24"/>
          <w:lang w:val="tr-TR"/>
        </w:rPr>
        <w:t>kategori</w:t>
      </w:r>
      <w:r w:rsidRPr="008B497B">
        <w:rPr>
          <w:color w:val="auto"/>
          <w:sz w:val="24"/>
          <w:szCs w:val="24"/>
          <w:lang w:val="tr-TR"/>
        </w:rPr>
        <w:t xml:space="preserve"> listeleri Kurum tarafından haberleşme sağlayıcılara verilir ve/veya elektronik ortamda iletilir. Haberleşme sağlayıcılar, söz konusu hizmeti Kurum tarafından verilen</w:t>
      </w:r>
      <w:r w:rsidR="0088755B" w:rsidRPr="008B497B">
        <w:rPr>
          <w:color w:val="auto"/>
          <w:sz w:val="24"/>
          <w:szCs w:val="24"/>
          <w:lang w:val="tr-TR"/>
        </w:rPr>
        <w:t xml:space="preserve"> ve/veya </w:t>
      </w:r>
      <w:r w:rsidRPr="008B497B">
        <w:rPr>
          <w:color w:val="auto"/>
          <w:sz w:val="24"/>
          <w:szCs w:val="24"/>
          <w:lang w:val="tr-TR"/>
        </w:rPr>
        <w:t>iletilen ve güncellenen listeler esas alınarak uygular.</w:t>
      </w:r>
    </w:p>
    <w:p w14:paraId="66258B4A" w14:textId="77777777" w:rsidR="0024346D" w:rsidRPr="008B497B" w:rsidRDefault="001549B6" w:rsidP="0024346D">
      <w:pPr>
        <w:pStyle w:val="ListParagraph"/>
        <w:numPr>
          <w:ilvl w:val="0"/>
          <w:numId w:val="19"/>
        </w:numPr>
        <w:jc w:val="both"/>
        <w:rPr>
          <w:sz w:val="24"/>
          <w:szCs w:val="24"/>
          <w:lang w:val="tr-TR"/>
        </w:rPr>
      </w:pPr>
      <w:r w:rsidRPr="008B497B">
        <w:rPr>
          <w:sz w:val="24"/>
          <w:szCs w:val="24"/>
          <w:lang w:val="tr-TR"/>
        </w:rPr>
        <w:t xml:space="preserve">Kurum tarafından güncellenen filtreleme ve </w:t>
      </w:r>
      <w:r w:rsidR="0088755B" w:rsidRPr="008B497B">
        <w:rPr>
          <w:sz w:val="24"/>
          <w:szCs w:val="24"/>
          <w:lang w:val="tr-TR"/>
        </w:rPr>
        <w:t>kategori</w:t>
      </w:r>
      <w:r w:rsidRPr="008B497B">
        <w:rPr>
          <w:sz w:val="24"/>
          <w:szCs w:val="24"/>
          <w:lang w:val="tr-TR"/>
        </w:rPr>
        <w:t xml:space="preserve"> listeleri haberleşme sağlayıcılara </w:t>
      </w:r>
      <w:r w:rsidR="00156EF1" w:rsidRPr="008B497B">
        <w:rPr>
          <w:sz w:val="24"/>
          <w:szCs w:val="24"/>
          <w:lang w:val="tr-TR"/>
        </w:rPr>
        <w:t xml:space="preserve">Kurum tarafından belirlenen yöntemle </w:t>
      </w:r>
      <w:r w:rsidRPr="008B497B">
        <w:rPr>
          <w:sz w:val="24"/>
          <w:szCs w:val="24"/>
          <w:lang w:val="tr-TR"/>
        </w:rPr>
        <w:t>iletilir.</w:t>
      </w:r>
    </w:p>
    <w:p w14:paraId="495D9556" w14:textId="77777777" w:rsidR="0024346D" w:rsidRPr="008B497B" w:rsidRDefault="001549B6" w:rsidP="0024346D">
      <w:pPr>
        <w:pStyle w:val="ListParagraph"/>
        <w:numPr>
          <w:ilvl w:val="0"/>
          <w:numId w:val="19"/>
        </w:numPr>
        <w:jc w:val="both"/>
        <w:rPr>
          <w:sz w:val="24"/>
          <w:szCs w:val="24"/>
          <w:lang w:val="tr-TR"/>
        </w:rPr>
      </w:pPr>
      <w:r w:rsidRPr="008B497B">
        <w:rPr>
          <w:sz w:val="24"/>
          <w:szCs w:val="24"/>
          <w:lang w:val="tr-TR"/>
        </w:rPr>
        <w:t>Haberleşme sağlayıcılar, Kurum tarafından iletilen listeleri, kendi teknik altyapılarına uygun şekilde ve teknik imkanları ölçüsünde sistemlerine işler.</w:t>
      </w:r>
    </w:p>
    <w:p w14:paraId="2636DCF6" w14:textId="77777777" w:rsidR="0024346D" w:rsidRPr="008B497B" w:rsidRDefault="001549B6" w:rsidP="0024346D">
      <w:pPr>
        <w:pStyle w:val="ListParagraph"/>
        <w:numPr>
          <w:ilvl w:val="0"/>
          <w:numId w:val="19"/>
        </w:numPr>
        <w:jc w:val="both"/>
        <w:rPr>
          <w:sz w:val="24"/>
          <w:szCs w:val="24"/>
          <w:lang w:val="tr-TR"/>
        </w:rPr>
      </w:pPr>
      <w:r w:rsidRPr="008B497B">
        <w:rPr>
          <w:sz w:val="24"/>
          <w:szCs w:val="24"/>
          <w:lang w:val="tr-TR"/>
        </w:rPr>
        <w:t xml:space="preserve">Kurum tarafından aksi belirtilmedikçe liste güncellemeleri </w:t>
      </w:r>
      <w:r w:rsidR="002E612F" w:rsidRPr="008B497B">
        <w:rPr>
          <w:sz w:val="24"/>
          <w:szCs w:val="24"/>
          <w:lang w:val="tr-TR"/>
        </w:rPr>
        <w:t>24 (Yirmi</w:t>
      </w:r>
      <w:r w:rsidR="00750124">
        <w:rPr>
          <w:sz w:val="24"/>
          <w:szCs w:val="24"/>
          <w:lang w:val="tr-TR"/>
        </w:rPr>
        <w:t xml:space="preserve"> </w:t>
      </w:r>
      <w:r w:rsidR="002E612F" w:rsidRPr="008B497B">
        <w:rPr>
          <w:sz w:val="24"/>
          <w:szCs w:val="24"/>
          <w:lang w:val="tr-TR"/>
        </w:rPr>
        <w:t>dört) saat</w:t>
      </w:r>
      <w:r w:rsidRPr="008B497B">
        <w:rPr>
          <w:sz w:val="24"/>
          <w:szCs w:val="24"/>
          <w:lang w:val="tr-TR"/>
        </w:rPr>
        <w:t xml:space="preserve"> içinde uygulanır; acil nitelikte olduğu Kurum tarafından bildirilen güncellemeler öncelikli olarak işleme alınır.</w:t>
      </w:r>
    </w:p>
    <w:p w14:paraId="21C77F3E" w14:textId="77777777" w:rsidR="0024346D" w:rsidRPr="008B497B" w:rsidRDefault="001549B6" w:rsidP="0024346D">
      <w:pPr>
        <w:pStyle w:val="ListParagraph"/>
        <w:numPr>
          <w:ilvl w:val="0"/>
          <w:numId w:val="19"/>
        </w:numPr>
        <w:jc w:val="both"/>
        <w:rPr>
          <w:sz w:val="24"/>
          <w:szCs w:val="24"/>
          <w:lang w:val="tr-TR"/>
        </w:rPr>
      </w:pPr>
      <w:r w:rsidRPr="008B497B">
        <w:rPr>
          <w:sz w:val="24"/>
          <w:szCs w:val="24"/>
          <w:lang w:val="tr-TR"/>
        </w:rPr>
        <w:t xml:space="preserve">Listelerin uygulanmasına ilişkin teknik </w:t>
      </w:r>
      <w:proofErr w:type="gramStart"/>
      <w:r w:rsidRPr="008B497B">
        <w:rPr>
          <w:sz w:val="24"/>
          <w:szCs w:val="24"/>
          <w:lang w:val="tr-TR"/>
        </w:rPr>
        <w:t>imkansızlık</w:t>
      </w:r>
      <w:proofErr w:type="gramEnd"/>
      <w:r w:rsidRPr="008B497B">
        <w:rPr>
          <w:sz w:val="24"/>
          <w:szCs w:val="24"/>
          <w:lang w:val="tr-TR"/>
        </w:rPr>
        <w:t>, hata veya uyumsuzluk tespit edilmesi halinde haberleşme sağlayıcı durumu gecikmeksizin Kuruma bildirir.</w:t>
      </w:r>
    </w:p>
    <w:p w14:paraId="7D693800" w14:textId="77777777" w:rsidR="002B5028" w:rsidRPr="008B497B" w:rsidRDefault="001549B6" w:rsidP="0024346D">
      <w:pPr>
        <w:pStyle w:val="ListParagraph"/>
        <w:numPr>
          <w:ilvl w:val="0"/>
          <w:numId w:val="19"/>
        </w:numPr>
        <w:jc w:val="both"/>
        <w:rPr>
          <w:color w:val="auto"/>
          <w:sz w:val="24"/>
          <w:szCs w:val="24"/>
          <w:lang w:val="tr-TR"/>
        </w:rPr>
      </w:pPr>
      <w:r w:rsidRPr="008B497B">
        <w:rPr>
          <w:color w:val="auto"/>
          <w:sz w:val="24"/>
          <w:szCs w:val="24"/>
          <w:lang w:val="tr-TR"/>
        </w:rPr>
        <w:t xml:space="preserve">Kurum, filtreleme ve </w:t>
      </w:r>
      <w:r w:rsidR="002E612F" w:rsidRPr="008B497B">
        <w:rPr>
          <w:color w:val="auto"/>
          <w:sz w:val="24"/>
          <w:szCs w:val="24"/>
          <w:lang w:val="tr-TR"/>
        </w:rPr>
        <w:t>kategori</w:t>
      </w:r>
      <w:r w:rsidRPr="008B497B">
        <w:rPr>
          <w:color w:val="auto"/>
          <w:sz w:val="24"/>
          <w:szCs w:val="24"/>
          <w:lang w:val="tr-TR"/>
        </w:rPr>
        <w:t xml:space="preserve"> listelerinin teminine, güncelliğine, doğruluğuna, mevzuata uygunluğuna ve uygulanmasına ilişkin ilave usul ve açıklamaları ayrıca belirleyebilir.</w:t>
      </w:r>
    </w:p>
    <w:p w14:paraId="489646F8" w14:textId="77777777" w:rsidR="0024346D" w:rsidRPr="008B497B" w:rsidRDefault="0024346D">
      <w:pPr>
        <w:spacing w:before="200" w:after="120"/>
        <w:rPr>
          <w:b/>
          <w:sz w:val="24"/>
          <w:szCs w:val="24"/>
          <w:lang w:val="tr-TR"/>
        </w:rPr>
      </w:pPr>
    </w:p>
    <w:p w14:paraId="482D7262" w14:textId="77777777" w:rsidR="002B5028" w:rsidRPr="008B497B" w:rsidRDefault="001549B6">
      <w:pPr>
        <w:spacing w:before="200" w:after="120"/>
        <w:rPr>
          <w:sz w:val="24"/>
          <w:szCs w:val="24"/>
          <w:lang w:val="tr-TR"/>
        </w:rPr>
      </w:pPr>
      <w:r w:rsidRPr="008B497B">
        <w:rPr>
          <w:b/>
          <w:sz w:val="24"/>
          <w:szCs w:val="24"/>
          <w:lang w:val="tr-TR"/>
        </w:rPr>
        <w:t>Madde 15</w:t>
      </w:r>
      <w:r w:rsidR="00852DA4" w:rsidRPr="008B497B">
        <w:rPr>
          <w:b/>
          <w:sz w:val="24"/>
          <w:szCs w:val="24"/>
          <w:lang w:val="tr-TR"/>
        </w:rPr>
        <w:t>.</w:t>
      </w:r>
      <w:r w:rsidRPr="008B497B">
        <w:rPr>
          <w:b/>
          <w:sz w:val="24"/>
          <w:szCs w:val="24"/>
          <w:lang w:val="tr-TR"/>
        </w:rPr>
        <w:t xml:space="preserve"> Abone </w:t>
      </w:r>
      <w:r w:rsidR="00852DA4" w:rsidRPr="008B497B">
        <w:rPr>
          <w:b/>
          <w:sz w:val="24"/>
          <w:szCs w:val="24"/>
          <w:lang w:val="tr-TR"/>
        </w:rPr>
        <w:t>Bilgilendirmesi, Duyuru ve Şeffaflık</w:t>
      </w:r>
    </w:p>
    <w:p w14:paraId="1289EEB9" w14:textId="77777777" w:rsidR="0024346D" w:rsidRPr="008B497B" w:rsidRDefault="001549B6" w:rsidP="0024346D">
      <w:pPr>
        <w:pStyle w:val="ListParagraph"/>
        <w:numPr>
          <w:ilvl w:val="0"/>
          <w:numId w:val="20"/>
        </w:numPr>
        <w:spacing w:after="120"/>
        <w:jc w:val="both"/>
        <w:rPr>
          <w:sz w:val="24"/>
          <w:szCs w:val="24"/>
          <w:lang w:val="tr-TR"/>
        </w:rPr>
      </w:pPr>
      <w:r w:rsidRPr="008B497B">
        <w:rPr>
          <w:sz w:val="24"/>
          <w:szCs w:val="24"/>
          <w:lang w:val="tr-TR"/>
        </w:rPr>
        <w:t>Haberleşme sağlayıcılar, internet sitelerinde ve uygun diğer iletişim kanallarında Güvenli İnternet Hizmeti, Aile Paketi ve Çocuk Paketi hakkında açık, anlaşılır ve güncel bilgilendirme yapar.</w:t>
      </w:r>
    </w:p>
    <w:p w14:paraId="5097EFDF" w14:textId="77777777" w:rsidR="005B6D31" w:rsidRPr="008B497B" w:rsidRDefault="001549B6" w:rsidP="005B6D31">
      <w:pPr>
        <w:pStyle w:val="ListParagraph"/>
        <w:numPr>
          <w:ilvl w:val="0"/>
          <w:numId w:val="20"/>
        </w:numPr>
        <w:spacing w:after="120"/>
        <w:jc w:val="both"/>
        <w:rPr>
          <w:sz w:val="24"/>
          <w:szCs w:val="24"/>
          <w:lang w:val="tr-TR"/>
        </w:rPr>
      </w:pPr>
      <w:r w:rsidRPr="008B497B">
        <w:rPr>
          <w:sz w:val="24"/>
          <w:szCs w:val="24"/>
          <w:lang w:val="tr-TR"/>
        </w:rPr>
        <w:t>Bilgilendirmede</w:t>
      </w:r>
      <w:r w:rsidR="005B6D31" w:rsidRPr="008B497B">
        <w:rPr>
          <w:sz w:val="24"/>
          <w:szCs w:val="24"/>
          <w:lang w:val="tr-TR"/>
        </w:rPr>
        <w:t>,</w:t>
      </w:r>
      <w:r w:rsidRPr="008B497B">
        <w:rPr>
          <w:sz w:val="24"/>
          <w:szCs w:val="24"/>
          <w:lang w:val="tr-TR"/>
        </w:rPr>
        <w:t xml:space="preserve"> hizmetin abone talebine bağlı olduğu, paketlerin kapsamı ve sınırları, başvuru, aktivasyon, değişiklik ve iptal süreçleri, varsa ücretlendirme bilgileri ve teknik filtrelemenin mutlak koruma sağlamadığı açıkça belirtilir.</w:t>
      </w:r>
    </w:p>
    <w:p w14:paraId="6FDA0E7B" w14:textId="77777777" w:rsidR="005B6D31" w:rsidRPr="008B497B" w:rsidRDefault="001549B6" w:rsidP="005B6D31">
      <w:pPr>
        <w:pStyle w:val="ListParagraph"/>
        <w:numPr>
          <w:ilvl w:val="0"/>
          <w:numId w:val="20"/>
        </w:numPr>
        <w:spacing w:after="120"/>
        <w:jc w:val="both"/>
        <w:rPr>
          <w:sz w:val="24"/>
          <w:szCs w:val="24"/>
          <w:lang w:val="tr-TR"/>
        </w:rPr>
      </w:pPr>
      <w:r w:rsidRPr="008B497B">
        <w:rPr>
          <w:sz w:val="24"/>
          <w:szCs w:val="24"/>
          <w:lang w:val="tr-TR"/>
        </w:rPr>
        <w:t>Bilgilendirme metinleri, güvenli internet paketlerinin tüm riskleri ortadan kaldırdığı veya ebeveyn gözetiminin yerine geçtiği izlenimini veremez.</w:t>
      </w:r>
    </w:p>
    <w:p w14:paraId="1B6A8809" w14:textId="77777777" w:rsidR="002B5028" w:rsidRPr="008B497B" w:rsidRDefault="001549B6" w:rsidP="005B6D31">
      <w:pPr>
        <w:pStyle w:val="ListParagraph"/>
        <w:numPr>
          <w:ilvl w:val="0"/>
          <w:numId w:val="20"/>
        </w:numPr>
        <w:spacing w:after="120"/>
        <w:jc w:val="both"/>
        <w:rPr>
          <w:color w:val="auto"/>
          <w:sz w:val="24"/>
          <w:szCs w:val="24"/>
          <w:lang w:val="tr-TR"/>
        </w:rPr>
      </w:pPr>
      <w:r w:rsidRPr="008B497B">
        <w:rPr>
          <w:color w:val="auto"/>
          <w:sz w:val="24"/>
          <w:szCs w:val="24"/>
          <w:lang w:val="tr-TR"/>
        </w:rPr>
        <w:t>Kurum tarafından güvenli internet kullanımına ilişkin yapılacak kamuoyu duyurusu, bilgilendirme veya farkındalık faaliyetleri kapsamında haberleşme sağlayıcılardan internet sitesi, kısa mesaj, abone paneli, mobil uygulama veya uygun diğer iletişim kanalları üzerinden duyuru yapılması talep edilebilir.</w:t>
      </w:r>
    </w:p>
    <w:p w14:paraId="60F184C7" w14:textId="77777777" w:rsidR="005B6D31" w:rsidRPr="008B497B" w:rsidRDefault="005B6D31">
      <w:pPr>
        <w:spacing w:before="200" w:after="120"/>
        <w:rPr>
          <w:b/>
          <w:sz w:val="24"/>
          <w:szCs w:val="24"/>
          <w:lang w:val="tr-TR"/>
        </w:rPr>
      </w:pPr>
    </w:p>
    <w:p w14:paraId="2C7FB962" w14:textId="77777777" w:rsidR="002B5028" w:rsidRPr="008B497B" w:rsidRDefault="001549B6">
      <w:pPr>
        <w:spacing w:before="200" w:after="120"/>
        <w:rPr>
          <w:color w:val="auto"/>
          <w:sz w:val="24"/>
          <w:szCs w:val="24"/>
          <w:lang w:val="tr-TR"/>
        </w:rPr>
      </w:pPr>
      <w:r w:rsidRPr="008B497B">
        <w:rPr>
          <w:b/>
          <w:color w:val="auto"/>
          <w:sz w:val="24"/>
          <w:szCs w:val="24"/>
          <w:lang w:val="tr-TR"/>
        </w:rPr>
        <w:t>Madde 16</w:t>
      </w:r>
      <w:r w:rsidR="00852DA4" w:rsidRPr="008B497B">
        <w:rPr>
          <w:b/>
          <w:color w:val="auto"/>
          <w:sz w:val="24"/>
          <w:szCs w:val="24"/>
          <w:lang w:val="tr-TR"/>
        </w:rPr>
        <w:t>.</w:t>
      </w:r>
      <w:r w:rsidRPr="008B497B">
        <w:rPr>
          <w:b/>
          <w:color w:val="auto"/>
          <w:sz w:val="24"/>
          <w:szCs w:val="24"/>
          <w:lang w:val="tr-TR"/>
        </w:rPr>
        <w:t xml:space="preserve"> Ücretlendirme</w:t>
      </w:r>
    </w:p>
    <w:p w14:paraId="3AF7BE71" w14:textId="77777777" w:rsidR="005B6D31" w:rsidRPr="008B497B" w:rsidRDefault="001549B6" w:rsidP="005B6D31">
      <w:pPr>
        <w:pStyle w:val="ListParagraph"/>
        <w:numPr>
          <w:ilvl w:val="0"/>
          <w:numId w:val="21"/>
        </w:numPr>
        <w:spacing w:after="120"/>
        <w:jc w:val="both"/>
        <w:rPr>
          <w:color w:val="auto"/>
          <w:sz w:val="24"/>
          <w:szCs w:val="24"/>
          <w:lang w:val="tr-TR"/>
        </w:rPr>
      </w:pPr>
      <w:r w:rsidRPr="008B497B">
        <w:rPr>
          <w:color w:val="auto"/>
          <w:sz w:val="24"/>
          <w:szCs w:val="24"/>
          <w:lang w:val="tr-TR"/>
        </w:rPr>
        <w:t>Güvenli internet paketlerinin ücretli veya ücretsiz sunulmasına ilişkin esaslar, ilgili mevzuata ve Kurum düzenlemelerine aykırı olmamak kaydıyla haberleşme sağlayıcıların ticari politikaları çerçevesinde belirlenir; ancak paketlerin aileler ve çocuklar bakımından mümkün olduğunca ücretsiz veya makul ve erişilebilir koşullarda sunulması esastır.</w:t>
      </w:r>
    </w:p>
    <w:p w14:paraId="4D51C6B9" w14:textId="77777777" w:rsidR="005B6D31" w:rsidRPr="008B497B" w:rsidRDefault="001549B6" w:rsidP="005B6D31">
      <w:pPr>
        <w:pStyle w:val="ListParagraph"/>
        <w:numPr>
          <w:ilvl w:val="0"/>
          <w:numId w:val="21"/>
        </w:numPr>
        <w:spacing w:after="120"/>
        <w:jc w:val="both"/>
        <w:rPr>
          <w:color w:val="auto"/>
          <w:sz w:val="24"/>
          <w:szCs w:val="24"/>
          <w:lang w:val="tr-TR"/>
        </w:rPr>
      </w:pPr>
      <w:r w:rsidRPr="008B497B">
        <w:rPr>
          <w:sz w:val="24"/>
          <w:szCs w:val="24"/>
          <w:lang w:val="tr-TR"/>
        </w:rPr>
        <w:t>Paketlerin ücretli olması halinde aboneye ücret, kapsam, kullanım şartları, değişiklik ve iptal koşulları hakkında açık bilgilendirme yapılır.</w:t>
      </w:r>
    </w:p>
    <w:p w14:paraId="55418098" w14:textId="77777777" w:rsidR="002B5028" w:rsidRPr="008B497B" w:rsidRDefault="001549B6" w:rsidP="005B6D31">
      <w:pPr>
        <w:pStyle w:val="ListParagraph"/>
        <w:numPr>
          <w:ilvl w:val="0"/>
          <w:numId w:val="21"/>
        </w:numPr>
        <w:spacing w:after="120"/>
        <w:jc w:val="both"/>
        <w:rPr>
          <w:color w:val="auto"/>
          <w:sz w:val="24"/>
          <w:szCs w:val="24"/>
          <w:lang w:val="tr-TR"/>
        </w:rPr>
      </w:pPr>
      <w:r w:rsidRPr="008B497B">
        <w:rPr>
          <w:sz w:val="24"/>
          <w:szCs w:val="24"/>
          <w:lang w:val="tr-TR"/>
        </w:rPr>
        <w:t xml:space="preserve">Abonenin açık talebi olmaksızın güvenli internet hizmeti nedeniyle herhangi bir ücret </w:t>
      </w:r>
      <w:r w:rsidR="005B6D31" w:rsidRPr="008B497B">
        <w:rPr>
          <w:sz w:val="24"/>
          <w:szCs w:val="24"/>
          <w:lang w:val="tr-TR"/>
        </w:rPr>
        <w:t>yansıtılamaz</w:t>
      </w:r>
      <w:r w:rsidRPr="008B497B">
        <w:rPr>
          <w:sz w:val="24"/>
          <w:szCs w:val="24"/>
          <w:lang w:val="tr-TR"/>
        </w:rPr>
        <w:t>.</w:t>
      </w:r>
    </w:p>
    <w:p w14:paraId="4CEF3BCF" w14:textId="77777777" w:rsidR="005B6D31" w:rsidRPr="008B497B" w:rsidRDefault="005B6D31" w:rsidP="005B6D31">
      <w:pPr>
        <w:pStyle w:val="ListParagraph"/>
        <w:spacing w:after="120"/>
        <w:jc w:val="both"/>
        <w:rPr>
          <w:color w:val="auto"/>
          <w:sz w:val="24"/>
          <w:szCs w:val="24"/>
          <w:lang w:val="tr-TR"/>
        </w:rPr>
      </w:pPr>
    </w:p>
    <w:p w14:paraId="10D63FF4" w14:textId="77777777" w:rsidR="002B5028" w:rsidRPr="008B497B" w:rsidRDefault="001549B6">
      <w:pPr>
        <w:spacing w:before="200" w:after="120"/>
        <w:rPr>
          <w:sz w:val="24"/>
          <w:szCs w:val="24"/>
          <w:lang w:val="tr-TR"/>
        </w:rPr>
      </w:pPr>
      <w:r w:rsidRPr="008B497B">
        <w:rPr>
          <w:b/>
          <w:sz w:val="24"/>
          <w:szCs w:val="24"/>
          <w:lang w:val="tr-TR"/>
        </w:rPr>
        <w:lastRenderedPageBreak/>
        <w:t>Madde 17</w:t>
      </w:r>
      <w:r w:rsidR="00852DA4" w:rsidRPr="008B497B">
        <w:rPr>
          <w:b/>
          <w:sz w:val="24"/>
          <w:szCs w:val="24"/>
          <w:lang w:val="tr-TR"/>
        </w:rPr>
        <w:t>.</w:t>
      </w:r>
      <w:r w:rsidRPr="008B497B">
        <w:rPr>
          <w:b/>
          <w:sz w:val="24"/>
          <w:szCs w:val="24"/>
          <w:lang w:val="tr-TR"/>
        </w:rPr>
        <w:t xml:space="preserve"> Kişisel </w:t>
      </w:r>
      <w:r w:rsidR="005B6D31" w:rsidRPr="008B497B">
        <w:rPr>
          <w:b/>
          <w:sz w:val="24"/>
          <w:szCs w:val="24"/>
          <w:lang w:val="tr-TR"/>
        </w:rPr>
        <w:t>Verilerin Korunması ve Haberleşmenin Gizliliği</w:t>
      </w:r>
    </w:p>
    <w:p w14:paraId="06603F9F" w14:textId="77777777" w:rsidR="005B6D31" w:rsidRPr="008B497B" w:rsidRDefault="001549B6" w:rsidP="005B6D31">
      <w:pPr>
        <w:pStyle w:val="ListParagraph"/>
        <w:numPr>
          <w:ilvl w:val="0"/>
          <w:numId w:val="22"/>
        </w:numPr>
        <w:spacing w:after="120"/>
        <w:jc w:val="both"/>
        <w:rPr>
          <w:sz w:val="24"/>
          <w:szCs w:val="24"/>
          <w:lang w:val="tr-TR"/>
        </w:rPr>
      </w:pPr>
      <w:r w:rsidRPr="008B497B">
        <w:rPr>
          <w:sz w:val="24"/>
          <w:szCs w:val="24"/>
          <w:lang w:val="tr-TR"/>
        </w:rPr>
        <w:t>Haberleşme sağlayıcılar, bu Düzenleme kapsamındaki faaliyetlerde kişisel verilerin korunmasına, haberleşmenin gizliliğine ve abone mahremiyetine uygun hareket eder.</w:t>
      </w:r>
    </w:p>
    <w:p w14:paraId="35757148" w14:textId="77777777" w:rsidR="005B6D31" w:rsidRPr="008B497B" w:rsidRDefault="001549B6" w:rsidP="005B6D31">
      <w:pPr>
        <w:pStyle w:val="ListParagraph"/>
        <w:numPr>
          <w:ilvl w:val="0"/>
          <w:numId w:val="22"/>
        </w:numPr>
        <w:spacing w:after="120"/>
        <w:jc w:val="both"/>
        <w:rPr>
          <w:sz w:val="24"/>
          <w:szCs w:val="24"/>
          <w:lang w:val="tr-TR"/>
        </w:rPr>
      </w:pPr>
      <w:r w:rsidRPr="008B497B">
        <w:rPr>
          <w:sz w:val="24"/>
          <w:szCs w:val="24"/>
          <w:lang w:val="tr-TR"/>
        </w:rPr>
        <w:t>Güvenli İnternet Hizmetinin sunulması sırasında yalnızca hizmetin gerektirdiği ölçüde veri işlenir.</w:t>
      </w:r>
    </w:p>
    <w:p w14:paraId="7587ABAC" w14:textId="77777777" w:rsidR="005B6D31" w:rsidRPr="008B497B" w:rsidRDefault="001549B6" w:rsidP="005B6D31">
      <w:pPr>
        <w:pStyle w:val="ListParagraph"/>
        <w:numPr>
          <w:ilvl w:val="0"/>
          <w:numId w:val="22"/>
        </w:numPr>
        <w:spacing w:after="120"/>
        <w:jc w:val="both"/>
        <w:rPr>
          <w:sz w:val="24"/>
          <w:szCs w:val="24"/>
          <w:lang w:val="tr-TR"/>
        </w:rPr>
      </w:pPr>
      <w:r w:rsidRPr="008B497B">
        <w:rPr>
          <w:sz w:val="24"/>
          <w:szCs w:val="24"/>
          <w:lang w:val="tr-TR"/>
        </w:rPr>
        <w:t>Kurumla paylaşılabilecek bilgiler kişisel veri içermeyen genel ve istatistiki bilgilerle sınırlıdır.</w:t>
      </w:r>
    </w:p>
    <w:p w14:paraId="70D1E17D" w14:textId="77777777" w:rsidR="005B6D31" w:rsidRPr="008B497B" w:rsidRDefault="001549B6" w:rsidP="005B6D31">
      <w:pPr>
        <w:pStyle w:val="ListParagraph"/>
        <w:numPr>
          <w:ilvl w:val="0"/>
          <w:numId w:val="22"/>
        </w:numPr>
        <w:spacing w:after="120"/>
        <w:jc w:val="both"/>
        <w:rPr>
          <w:sz w:val="24"/>
          <w:szCs w:val="24"/>
          <w:lang w:val="tr-TR"/>
        </w:rPr>
      </w:pPr>
      <w:r w:rsidRPr="008B497B">
        <w:rPr>
          <w:sz w:val="24"/>
          <w:szCs w:val="24"/>
          <w:lang w:val="tr-TR"/>
        </w:rPr>
        <w:t xml:space="preserve">Abonelerin internet kullanımına ilişkin bireysel trafik bilgileri, içerik bilgileri veya kişisel verileri </w:t>
      </w:r>
      <w:r w:rsidR="005E4FD2">
        <w:rPr>
          <w:sz w:val="24"/>
          <w:szCs w:val="24"/>
          <w:lang w:val="tr-TR"/>
        </w:rPr>
        <w:t xml:space="preserve">ile </w:t>
      </w:r>
      <w:r w:rsidRPr="008B497B">
        <w:rPr>
          <w:sz w:val="24"/>
          <w:szCs w:val="24"/>
          <w:lang w:val="tr-TR"/>
        </w:rPr>
        <w:t>ilgili mevzuatta açıkça öngörülmedikçe üçüncü kişilerle paylaşılmaz.</w:t>
      </w:r>
    </w:p>
    <w:p w14:paraId="3EC469ED" w14:textId="77777777" w:rsidR="002B5028" w:rsidRPr="008B497B" w:rsidRDefault="001549B6" w:rsidP="005B6D31">
      <w:pPr>
        <w:pStyle w:val="ListParagraph"/>
        <w:numPr>
          <w:ilvl w:val="0"/>
          <w:numId w:val="22"/>
        </w:numPr>
        <w:spacing w:after="120"/>
        <w:jc w:val="both"/>
        <w:rPr>
          <w:sz w:val="24"/>
          <w:szCs w:val="24"/>
          <w:lang w:val="tr-TR"/>
        </w:rPr>
      </w:pPr>
      <w:r w:rsidRPr="008B497B">
        <w:rPr>
          <w:color w:val="auto"/>
          <w:sz w:val="24"/>
          <w:szCs w:val="24"/>
          <w:lang w:val="tr-TR"/>
        </w:rPr>
        <w:t>Bilgilendirme, duyuru, farkındalık ve raporlama süreçlerinde çocukların mahremiyeti, kişisel verilerin korunması ve çocukların yüksek yararı ilkeleri gözetilir.</w:t>
      </w:r>
    </w:p>
    <w:p w14:paraId="10208A22" w14:textId="77777777" w:rsidR="005B6D31" w:rsidRPr="008B497B" w:rsidRDefault="005B6D31" w:rsidP="005B6D31">
      <w:pPr>
        <w:pStyle w:val="ListParagraph"/>
        <w:spacing w:after="120"/>
        <w:jc w:val="both"/>
        <w:rPr>
          <w:sz w:val="24"/>
          <w:szCs w:val="24"/>
          <w:lang w:val="tr-TR"/>
        </w:rPr>
      </w:pPr>
    </w:p>
    <w:p w14:paraId="4B5FF672" w14:textId="77777777" w:rsidR="002B5028" w:rsidRPr="008B497B" w:rsidRDefault="001549B6">
      <w:pPr>
        <w:spacing w:before="200" w:after="120"/>
        <w:rPr>
          <w:sz w:val="24"/>
          <w:szCs w:val="24"/>
          <w:lang w:val="tr-TR"/>
        </w:rPr>
      </w:pPr>
      <w:r w:rsidRPr="008B497B">
        <w:rPr>
          <w:b/>
          <w:sz w:val="24"/>
          <w:szCs w:val="24"/>
          <w:lang w:val="tr-TR"/>
        </w:rPr>
        <w:t>Madde 18</w:t>
      </w:r>
      <w:r w:rsidR="00852DA4" w:rsidRPr="008B497B">
        <w:rPr>
          <w:b/>
          <w:sz w:val="24"/>
          <w:szCs w:val="24"/>
          <w:lang w:val="tr-TR"/>
        </w:rPr>
        <w:t>.</w:t>
      </w:r>
      <w:r w:rsidRPr="008B497B">
        <w:rPr>
          <w:b/>
          <w:sz w:val="24"/>
          <w:szCs w:val="24"/>
          <w:lang w:val="tr-TR"/>
        </w:rPr>
        <w:t xml:space="preserve"> Sorumluluğun </w:t>
      </w:r>
      <w:r w:rsidR="005B6D31" w:rsidRPr="008B497B">
        <w:rPr>
          <w:b/>
          <w:sz w:val="24"/>
          <w:szCs w:val="24"/>
          <w:lang w:val="tr-TR"/>
        </w:rPr>
        <w:t>S</w:t>
      </w:r>
      <w:r w:rsidRPr="008B497B">
        <w:rPr>
          <w:b/>
          <w:sz w:val="24"/>
          <w:szCs w:val="24"/>
          <w:lang w:val="tr-TR"/>
        </w:rPr>
        <w:t>ınırları</w:t>
      </w:r>
    </w:p>
    <w:p w14:paraId="3B7E40D1" w14:textId="77777777" w:rsidR="005B6D31" w:rsidRPr="008B497B" w:rsidRDefault="001549B6" w:rsidP="005B6D31">
      <w:pPr>
        <w:pStyle w:val="ListParagraph"/>
        <w:numPr>
          <w:ilvl w:val="0"/>
          <w:numId w:val="23"/>
        </w:numPr>
        <w:spacing w:after="120"/>
        <w:jc w:val="both"/>
        <w:rPr>
          <w:sz w:val="24"/>
          <w:szCs w:val="24"/>
          <w:lang w:val="tr-TR"/>
        </w:rPr>
      </w:pPr>
      <w:r w:rsidRPr="008B497B">
        <w:rPr>
          <w:sz w:val="24"/>
          <w:szCs w:val="24"/>
          <w:lang w:val="tr-TR"/>
        </w:rPr>
        <w:t>Güvenli internet paketleri, zararlı veya uygunsuz içeriklere erişim riskini azaltmayı amaçlayan destekleyici bir hizmettir.</w:t>
      </w:r>
    </w:p>
    <w:p w14:paraId="75895DC0" w14:textId="77777777" w:rsidR="005B6D31" w:rsidRPr="008B497B" w:rsidRDefault="001549B6" w:rsidP="005B6D31">
      <w:pPr>
        <w:pStyle w:val="ListParagraph"/>
        <w:numPr>
          <w:ilvl w:val="0"/>
          <w:numId w:val="23"/>
        </w:numPr>
        <w:spacing w:after="120"/>
        <w:jc w:val="both"/>
        <w:rPr>
          <w:sz w:val="24"/>
          <w:szCs w:val="24"/>
          <w:lang w:val="tr-TR"/>
        </w:rPr>
      </w:pPr>
      <w:r w:rsidRPr="008B497B">
        <w:rPr>
          <w:sz w:val="24"/>
          <w:szCs w:val="24"/>
          <w:lang w:val="tr-TR"/>
        </w:rPr>
        <w:t xml:space="preserve">Hiçbir teknik filtreleme yöntemi </w:t>
      </w:r>
      <w:r w:rsidR="005B6D31" w:rsidRPr="008B497B">
        <w:rPr>
          <w:sz w:val="24"/>
          <w:szCs w:val="24"/>
          <w:lang w:val="tr-TR"/>
        </w:rPr>
        <w:t>kesin</w:t>
      </w:r>
      <w:r w:rsidRPr="008B497B">
        <w:rPr>
          <w:sz w:val="24"/>
          <w:szCs w:val="24"/>
          <w:lang w:val="tr-TR"/>
        </w:rPr>
        <w:t xml:space="preserve"> koruma sağlamaz.</w:t>
      </w:r>
    </w:p>
    <w:p w14:paraId="31DE880F" w14:textId="77777777" w:rsidR="005B6D31" w:rsidRPr="008B497B" w:rsidRDefault="001549B6" w:rsidP="005B6D31">
      <w:pPr>
        <w:pStyle w:val="ListParagraph"/>
        <w:numPr>
          <w:ilvl w:val="0"/>
          <w:numId w:val="23"/>
        </w:numPr>
        <w:spacing w:after="120"/>
        <w:jc w:val="both"/>
        <w:rPr>
          <w:sz w:val="24"/>
          <w:szCs w:val="24"/>
          <w:lang w:val="tr-TR"/>
        </w:rPr>
      </w:pPr>
      <w:r w:rsidRPr="008B497B">
        <w:rPr>
          <w:sz w:val="24"/>
          <w:szCs w:val="24"/>
          <w:lang w:val="tr-TR"/>
        </w:rPr>
        <w:t>Haberleşme sağlayıcılar, teknik imkanları ve makul özen yükümlülüğü çerçevesinde hizmet sunar.</w:t>
      </w:r>
    </w:p>
    <w:p w14:paraId="41168449" w14:textId="77777777" w:rsidR="002B5028" w:rsidRPr="008B497B" w:rsidRDefault="001549B6" w:rsidP="005B6D31">
      <w:pPr>
        <w:pStyle w:val="ListParagraph"/>
        <w:numPr>
          <w:ilvl w:val="0"/>
          <w:numId w:val="23"/>
        </w:numPr>
        <w:spacing w:after="120"/>
        <w:jc w:val="both"/>
        <w:rPr>
          <w:sz w:val="24"/>
          <w:szCs w:val="24"/>
          <w:lang w:val="tr-TR"/>
        </w:rPr>
      </w:pPr>
      <w:r w:rsidRPr="008B497B">
        <w:rPr>
          <w:sz w:val="24"/>
          <w:szCs w:val="24"/>
          <w:lang w:val="tr-TR"/>
        </w:rPr>
        <w:t>Güvenli internet paketleri, ebeveyn gözetimi, dijital okuryazarlık, cihaz bazlı ebeveyn kontrolü ve bilinçli internet kullanımı tedbirlerinin yerine geçmez.</w:t>
      </w:r>
    </w:p>
    <w:p w14:paraId="17DDC062" w14:textId="77777777" w:rsidR="005B6D31" w:rsidRPr="008B497B" w:rsidRDefault="005B6D31" w:rsidP="005B6D31">
      <w:pPr>
        <w:pStyle w:val="ListParagraph"/>
        <w:spacing w:after="120"/>
        <w:jc w:val="both"/>
        <w:rPr>
          <w:sz w:val="24"/>
          <w:szCs w:val="24"/>
          <w:lang w:val="tr-TR"/>
        </w:rPr>
      </w:pPr>
    </w:p>
    <w:p w14:paraId="312A3D9A" w14:textId="15C712AD" w:rsidR="002B5028" w:rsidRPr="008B497B" w:rsidRDefault="001549B6">
      <w:pPr>
        <w:spacing w:before="200" w:after="120"/>
        <w:rPr>
          <w:sz w:val="24"/>
          <w:szCs w:val="24"/>
          <w:lang w:val="tr-TR"/>
        </w:rPr>
      </w:pPr>
      <w:r w:rsidRPr="008B497B">
        <w:rPr>
          <w:b/>
          <w:sz w:val="24"/>
          <w:szCs w:val="24"/>
          <w:lang w:val="tr-TR"/>
        </w:rPr>
        <w:t>Madde 19</w:t>
      </w:r>
      <w:r w:rsidR="00852DA4" w:rsidRPr="008B497B">
        <w:rPr>
          <w:b/>
          <w:sz w:val="24"/>
          <w:szCs w:val="24"/>
          <w:lang w:val="tr-TR"/>
        </w:rPr>
        <w:t>.</w:t>
      </w:r>
      <w:r w:rsidRPr="008B497B">
        <w:rPr>
          <w:b/>
          <w:sz w:val="24"/>
          <w:szCs w:val="24"/>
          <w:lang w:val="tr-TR"/>
        </w:rPr>
        <w:t xml:space="preserve"> </w:t>
      </w:r>
      <w:r w:rsidR="00906797">
        <w:rPr>
          <w:b/>
          <w:sz w:val="24"/>
          <w:szCs w:val="24"/>
          <w:lang w:val="tr-TR"/>
        </w:rPr>
        <w:t xml:space="preserve">Başvuru ve </w:t>
      </w:r>
      <w:r w:rsidRPr="008B497B">
        <w:rPr>
          <w:b/>
          <w:sz w:val="24"/>
          <w:szCs w:val="24"/>
          <w:lang w:val="tr-TR"/>
        </w:rPr>
        <w:t xml:space="preserve">Şikayetlerin </w:t>
      </w:r>
      <w:r w:rsidR="00852DA4" w:rsidRPr="008B497B">
        <w:rPr>
          <w:b/>
          <w:sz w:val="24"/>
          <w:szCs w:val="24"/>
          <w:lang w:val="tr-TR"/>
        </w:rPr>
        <w:t>Ele Alınması</w:t>
      </w:r>
    </w:p>
    <w:p w14:paraId="3C8A1A28" w14:textId="77777777" w:rsidR="005B6D31" w:rsidRPr="008B497B" w:rsidRDefault="001549B6" w:rsidP="005B6D31">
      <w:pPr>
        <w:pStyle w:val="ListParagraph"/>
        <w:numPr>
          <w:ilvl w:val="0"/>
          <w:numId w:val="24"/>
        </w:numPr>
        <w:spacing w:after="120"/>
        <w:jc w:val="both"/>
        <w:rPr>
          <w:sz w:val="24"/>
          <w:szCs w:val="24"/>
          <w:lang w:val="tr-TR"/>
        </w:rPr>
      </w:pPr>
      <w:r w:rsidRPr="008B497B">
        <w:rPr>
          <w:sz w:val="24"/>
          <w:szCs w:val="24"/>
          <w:lang w:val="tr-TR"/>
        </w:rPr>
        <w:t>Haberleşme sağlayıcılar, güvenli internet paketlerinin talep edilmesi, aktif edilmesi, değiştirilmesi, iptal edilmesi veya hizmetin uygulanmasına ilişkin abone şikayetlerini kayıt altına alır.</w:t>
      </w:r>
    </w:p>
    <w:p w14:paraId="191A48E0" w14:textId="77777777" w:rsidR="005B6D31" w:rsidRPr="008B497B" w:rsidRDefault="001549B6" w:rsidP="005B6D31">
      <w:pPr>
        <w:pStyle w:val="ListParagraph"/>
        <w:numPr>
          <w:ilvl w:val="0"/>
          <w:numId w:val="24"/>
        </w:numPr>
        <w:spacing w:after="120"/>
        <w:jc w:val="both"/>
        <w:rPr>
          <w:sz w:val="24"/>
          <w:szCs w:val="24"/>
          <w:lang w:val="tr-TR"/>
        </w:rPr>
      </w:pPr>
      <w:r w:rsidRPr="008B497B">
        <w:rPr>
          <w:sz w:val="24"/>
          <w:szCs w:val="24"/>
          <w:lang w:val="tr-TR"/>
        </w:rPr>
        <w:t>Aktivasyonun yapılmadığı, hatalı paket uygulandığı veya iptal</w:t>
      </w:r>
      <w:r w:rsidR="005B6D31" w:rsidRPr="008B497B">
        <w:rPr>
          <w:sz w:val="24"/>
          <w:szCs w:val="24"/>
          <w:lang w:val="tr-TR"/>
        </w:rPr>
        <w:t xml:space="preserve"> ve/veya </w:t>
      </w:r>
      <w:r w:rsidRPr="008B497B">
        <w:rPr>
          <w:sz w:val="24"/>
          <w:szCs w:val="24"/>
          <w:lang w:val="tr-TR"/>
        </w:rPr>
        <w:t>değişiklik talebinin yerine getirilmediği yönündeki başvurular öncelikli olarak değerlendirilir.</w:t>
      </w:r>
    </w:p>
    <w:p w14:paraId="206A72C6" w14:textId="77777777" w:rsidR="005B6D31" w:rsidRPr="008B497B" w:rsidRDefault="001549B6" w:rsidP="005B6D31">
      <w:pPr>
        <w:pStyle w:val="ListParagraph"/>
        <w:numPr>
          <w:ilvl w:val="0"/>
          <w:numId w:val="24"/>
        </w:numPr>
        <w:spacing w:after="120"/>
        <w:jc w:val="both"/>
        <w:rPr>
          <w:sz w:val="24"/>
          <w:szCs w:val="24"/>
          <w:lang w:val="tr-TR"/>
        </w:rPr>
      </w:pPr>
      <w:r w:rsidRPr="008B497B">
        <w:rPr>
          <w:color w:val="auto"/>
          <w:sz w:val="24"/>
          <w:szCs w:val="24"/>
          <w:lang w:val="tr-TR"/>
        </w:rPr>
        <w:t xml:space="preserve">Haberleşme sağlayıcılar, aboneler tarafından doğrudan iletilen </w:t>
      </w:r>
      <w:proofErr w:type="gramStart"/>
      <w:r w:rsidRPr="008B497B">
        <w:rPr>
          <w:color w:val="auto"/>
          <w:sz w:val="24"/>
          <w:szCs w:val="24"/>
          <w:lang w:val="tr-TR"/>
        </w:rPr>
        <w:t>şikayet</w:t>
      </w:r>
      <w:proofErr w:type="gramEnd"/>
      <w:r w:rsidRPr="008B497B">
        <w:rPr>
          <w:color w:val="auto"/>
          <w:sz w:val="24"/>
          <w:szCs w:val="24"/>
          <w:lang w:val="tr-TR"/>
        </w:rPr>
        <w:t xml:space="preserve"> ve başvuruları makul süre içinde inceleyerek sonuçlandırır.</w:t>
      </w:r>
    </w:p>
    <w:p w14:paraId="2EC1CEA7" w14:textId="77777777" w:rsidR="002B5028" w:rsidRPr="008B497B" w:rsidRDefault="001549B6" w:rsidP="005B6D31">
      <w:pPr>
        <w:pStyle w:val="ListParagraph"/>
        <w:numPr>
          <w:ilvl w:val="0"/>
          <w:numId w:val="24"/>
        </w:numPr>
        <w:spacing w:after="120"/>
        <w:jc w:val="both"/>
        <w:rPr>
          <w:sz w:val="24"/>
          <w:szCs w:val="24"/>
          <w:lang w:val="tr-TR"/>
        </w:rPr>
      </w:pPr>
      <w:r w:rsidRPr="008B497B">
        <w:rPr>
          <w:sz w:val="24"/>
          <w:szCs w:val="24"/>
          <w:lang w:val="tr-TR"/>
        </w:rPr>
        <w:t>Kurum tarafından iletilen başvurular hakkında haberleşme sağlayıcı</w:t>
      </w:r>
      <w:r w:rsidR="002E612F" w:rsidRPr="008B497B">
        <w:rPr>
          <w:sz w:val="24"/>
          <w:szCs w:val="24"/>
          <w:lang w:val="tr-TR"/>
        </w:rPr>
        <w:t>lar</w:t>
      </w:r>
      <w:r w:rsidRPr="008B497B">
        <w:rPr>
          <w:sz w:val="24"/>
          <w:szCs w:val="24"/>
          <w:lang w:val="tr-TR"/>
        </w:rPr>
        <w:t xml:space="preserve">, </w:t>
      </w:r>
      <w:r w:rsidR="002E612F" w:rsidRPr="008B497B">
        <w:rPr>
          <w:sz w:val="24"/>
          <w:szCs w:val="24"/>
          <w:lang w:val="tr-TR"/>
        </w:rPr>
        <w:t xml:space="preserve">başvurunun mahiyetine göre </w:t>
      </w:r>
      <w:r w:rsidRPr="008B497B">
        <w:rPr>
          <w:sz w:val="24"/>
          <w:szCs w:val="24"/>
          <w:lang w:val="tr-TR"/>
        </w:rPr>
        <w:t>Kurumun belirlediği süre içinde gerekli incelemeyi yapar ve sonucunu Kuruma bildirir.</w:t>
      </w:r>
    </w:p>
    <w:p w14:paraId="5C21A366" w14:textId="77777777" w:rsidR="005B6D31" w:rsidRPr="008B497B" w:rsidRDefault="005B6D31" w:rsidP="005B6D31">
      <w:pPr>
        <w:pStyle w:val="ListParagraph"/>
        <w:spacing w:after="120"/>
        <w:jc w:val="both"/>
        <w:rPr>
          <w:sz w:val="24"/>
          <w:szCs w:val="24"/>
          <w:lang w:val="tr-TR"/>
        </w:rPr>
      </w:pPr>
    </w:p>
    <w:p w14:paraId="11866BE1" w14:textId="77777777" w:rsidR="002B5028" w:rsidRPr="008B497B" w:rsidRDefault="001549B6">
      <w:pPr>
        <w:spacing w:before="200" w:after="120"/>
        <w:rPr>
          <w:sz w:val="24"/>
          <w:szCs w:val="24"/>
          <w:lang w:val="tr-TR"/>
        </w:rPr>
      </w:pPr>
      <w:r w:rsidRPr="008B497B">
        <w:rPr>
          <w:b/>
          <w:sz w:val="24"/>
          <w:szCs w:val="24"/>
          <w:lang w:val="tr-TR"/>
        </w:rPr>
        <w:t>Madde 20</w:t>
      </w:r>
      <w:r w:rsidR="00852DA4" w:rsidRPr="008B497B">
        <w:rPr>
          <w:b/>
          <w:sz w:val="24"/>
          <w:szCs w:val="24"/>
          <w:lang w:val="tr-TR"/>
        </w:rPr>
        <w:t>.</w:t>
      </w:r>
      <w:r w:rsidRPr="008B497B">
        <w:rPr>
          <w:b/>
          <w:sz w:val="24"/>
          <w:szCs w:val="24"/>
          <w:lang w:val="tr-TR"/>
        </w:rPr>
        <w:t xml:space="preserve"> İzleme</w:t>
      </w:r>
      <w:r w:rsidR="00852DA4" w:rsidRPr="008B497B">
        <w:rPr>
          <w:b/>
          <w:sz w:val="24"/>
          <w:szCs w:val="24"/>
          <w:lang w:val="tr-TR"/>
        </w:rPr>
        <w:t>, Değerlendirme ve Raporlama</w:t>
      </w:r>
    </w:p>
    <w:p w14:paraId="6CE558D3" w14:textId="77777777" w:rsidR="002B5028" w:rsidRPr="008B497B" w:rsidRDefault="001549B6" w:rsidP="005B6D31">
      <w:pPr>
        <w:pStyle w:val="ListParagraph"/>
        <w:numPr>
          <w:ilvl w:val="0"/>
          <w:numId w:val="25"/>
        </w:numPr>
        <w:spacing w:after="120"/>
        <w:rPr>
          <w:sz w:val="24"/>
          <w:szCs w:val="24"/>
          <w:lang w:val="tr-TR"/>
        </w:rPr>
      </w:pPr>
      <w:r w:rsidRPr="008B497B">
        <w:rPr>
          <w:sz w:val="24"/>
          <w:szCs w:val="24"/>
          <w:lang w:val="tr-TR"/>
        </w:rPr>
        <w:t>Haberleşme sağlayıcılar, Kurumun talep etmesi halinde kişisel veri içermemek kaydıyla aşağıdaki genel istatistiki bilgileri Kuruma sunar:</w:t>
      </w:r>
    </w:p>
    <w:p w14:paraId="358D786F" w14:textId="77777777" w:rsidR="005B6D31" w:rsidRPr="008B497B" w:rsidRDefault="001549B6" w:rsidP="005B6D31">
      <w:pPr>
        <w:pStyle w:val="ListParagraph"/>
        <w:numPr>
          <w:ilvl w:val="0"/>
          <w:numId w:val="27"/>
        </w:numPr>
        <w:spacing w:after="120"/>
        <w:jc w:val="both"/>
        <w:rPr>
          <w:sz w:val="24"/>
          <w:szCs w:val="24"/>
          <w:lang w:val="tr-TR"/>
        </w:rPr>
      </w:pPr>
      <w:r w:rsidRPr="008B497B">
        <w:rPr>
          <w:sz w:val="24"/>
          <w:szCs w:val="24"/>
          <w:lang w:val="tr-TR"/>
        </w:rPr>
        <w:t>Aile Paketi kullanan abone sayısı,</w:t>
      </w:r>
    </w:p>
    <w:p w14:paraId="0F5215D1" w14:textId="77777777" w:rsidR="005B6D31" w:rsidRPr="008B497B" w:rsidRDefault="001549B6" w:rsidP="005B6D31">
      <w:pPr>
        <w:pStyle w:val="ListParagraph"/>
        <w:numPr>
          <w:ilvl w:val="0"/>
          <w:numId w:val="27"/>
        </w:numPr>
        <w:spacing w:after="120"/>
        <w:jc w:val="both"/>
        <w:rPr>
          <w:sz w:val="24"/>
          <w:szCs w:val="24"/>
          <w:lang w:val="tr-TR"/>
        </w:rPr>
      </w:pPr>
      <w:r w:rsidRPr="008B497B">
        <w:rPr>
          <w:sz w:val="24"/>
          <w:szCs w:val="24"/>
          <w:lang w:val="tr-TR"/>
        </w:rPr>
        <w:t>Çocuk Paketi kullanan abone sayısı,</w:t>
      </w:r>
    </w:p>
    <w:p w14:paraId="5B1B9E15" w14:textId="69F9A022" w:rsidR="005B6D31" w:rsidRDefault="001549B6" w:rsidP="005B6D31">
      <w:pPr>
        <w:pStyle w:val="ListParagraph"/>
        <w:numPr>
          <w:ilvl w:val="0"/>
          <w:numId w:val="27"/>
        </w:numPr>
        <w:spacing w:after="120"/>
        <w:jc w:val="both"/>
        <w:rPr>
          <w:sz w:val="24"/>
          <w:szCs w:val="24"/>
          <w:lang w:val="tr-TR"/>
        </w:rPr>
      </w:pPr>
      <w:r w:rsidRPr="008B497B">
        <w:rPr>
          <w:sz w:val="24"/>
          <w:szCs w:val="24"/>
          <w:lang w:val="tr-TR"/>
        </w:rPr>
        <w:t>Paket değişikliği ve iptal sayılarına ilişkin genel veriler,</w:t>
      </w:r>
    </w:p>
    <w:p w14:paraId="288120CE" w14:textId="77777777" w:rsidR="007C574E" w:rsidRPr="008B497B" w:rsidRDefault="007C574E" w:rsidP="007C574E">
      <w:pPr>
        <w:pStyle w:val="ListParagraph"/>
        <w:spacing w:after="120"/>
        <w:ind w:left="1060"/>
        <w:jc w:val="both"/>
        <w:rPr>
          <w:sz w:val="24"/>
          <w:szCs w:val="24"/>
          <w:lang w:val="tr-TR"/>
        </w:rPr>
      </w:pPr>
    </w:p>
    <w:p w14:paraId="4D8C7D72" w14:textId="37C2E8FF" w:rsidR="002B5028" w:rsidRPr="008B497B" w:rsidRDefault="005B6D31" w:rsidP="005B6D31">
      <w:pPr>
        <w:spacing w:after="120"/>
        <w:ind w:left="700"/>
        <w:jc w:val="both"/>
        <w:rPr>
          <w:sz w:val="24"/>
          <w:szCs w:val="24"/>
          <w:lang w:val="tr-TR"/>
        </w:rPr>
      </w:pPr>
      <w:r w:rsidRPr="008B497B">
        <w:rPr>
          <w:sz w:val="24"/>
          <w:szCs w:val="24"/>
          <w:lang w:val="tr-TR"/>
        </w:rPr>
        <w:lastRenderedPageBreak/>
        <w:t xml:space="preserve">(Ç) </w:t>
      </w:r>
      <w:r w:rsidR="00A442F5" w:rsidRPr="00742002">
        <w:rPr>
          <w:sz w:val="24"/>
          <w:szCs w:val="24"/>
          <w:lang w:val="tr-TR"/>
        </w:rPr>
        <w:t>Hizmetin sunulması sırasında karşılaşılan genel ve sistemsel teknik aksaklıklar, paketlerin tanımlanması, değiştirilmesi veya iptal edilmesine ilişkin uygulama sorunları, hizmetin işleyişine ilişkin idari güçlükler ve hizmetin geliştirilmesine yönelik genel öneriler.</w:t>
      </w:r>
    </w:p>
    <w:p w14:paraId="21B554E2" w14:textId="77777777" w:rsidR="006F3A6C" w:rsidRPr="008B497B" w:rsidRDefault="006F3A6C">
      <w:pPr>
        <w:spacing w:after="120"/>
        <w:jc w:val="both"/>
        <w:rPr>
          <w:sz w:val="24"/>
          <w:szCs w:val="24"/>
          <w:lang w:val="tr-TR"/>
        </w:rPr>
      </w:pPr>
      <w:r w:rsidRPr="008B497B">
        <w:rPr>
          <w:sz w:val="24"/>
          <w:szCs w:val="24"/>
          <w:lang w:val="tr-TR"/>
        </w:rPr>
        <w:t xml:space="preserve">(2) </w:t>
      </w:r>
      <w:r w:rsidR="001549B6" w:rsidRPr="008B497B">
        <w:rPr>
          <w:sz w:val="24"/>
          <w:szCs w:val="24"/>
          <w:lang w:val="tr-TR"/>
        </w:rPr>
        <w:t>Kurum, raporlama dönemini, formatını ve iletim yöntemini ayrıca belirleyebilir.</w:t>
      </w:r>
    </w:p>
    <w:p w14:paraId="44862D1B" w14:textId="4B7147FE" w:rsidR="006F3A6C" w:rsidRDefault="006F3A6C">
      <w:pPr>
        <w:spacing w:after="120"/>
        <w:jc w:val="both"/>
        <w:rPr>
          <w:color w:val="auto"/>
          <w:sz w:val="24"/>
          <w:szCs w:val="24"/>
          <w:lang w:val="tr-TR"/>
        </w:rPr>
      </w:pPr>
      <w:r w:rsidRPr="008B497B">
        <w:rPr>
          <w:color w:val="auto"/>
          <w:sz w:val="24"/>
          <w:szCs w:val="24"/>
          <w:lang w:val="tr-TR"/>
        </w:rPr>
        <w:t xml:space="preserve">(3) </w:t>
      </w:r>
      <w:r w:rsidR="001549B6" w:rsidRPr="008B497B">
        <w:rPr>
          <w:color w:val="auto"/>
          <w:sz w:val="24"/>
          <w:szCs w:val="24"/>
          <w:lang w:val="tr-TR"/>
        </w:rPr>
        <w:t>Kurum, bu madde kapsamında elde edilen kişisel veri içermeyen genel istatistiki bilgileri, mevzuata uygun olmak kaydıyla politika geliştirme, farkındalık çalışmaları ve hizmetin yaygınlaştırılması amacıyla ilgili kamu kurumlarıyla değerlendirebilir.</w:t>
      </w:r>
    </w:p>
    <w:p w14:paraId="6A7D37D4" w14:textId="77777777" w:rsidR="006F3A6C" w:rsidRPr="008B497B" w:rsidRDefault="006F3A6C">
      <w:pPr>
        <w:spacing w:after="120"/>
        <w:jc w:val="both"/>
        <w:rPr>
          <w:color w:val="auto"/>
          <w:sz w:val="24"/>
          <w:szCs w:val="24"/>
          <w:lang w:val="tr-TR"/>
        </w:rPr>
      </w:pPr>
    </w:p>
    <w:p w14:paraId="60D3A3BE" w14:textId="77777777" w:rsidR="002B5028" w:rsidRPr="008B497B" w:rsidRDefault="001549B6">
      <w:pPr>
        <w:spacing w:before="200" w:after="120"/>
        <w:rPr>
          <w:sz w:val="24"/>
          <w:szCs w:val="24"/>
          <w:lang w:val="tr-TR"/>
        </w:rPr>
      </w:pPr>
      <w:r w:rsidRPr="008B497B">
        <w:rPr>
          <w:b/>
          <w:sz w:val="24"/>
          <w:szCs w:val="24"/>
          <w:lang w:val="tr-TR"/>
        </w:rPr>
        <w:t>Madde 21</w:t>
      </w:r>
      <w:r w:rsidR="00852DA4" w:rsidRPr="008B497B">
        <w:rPr>
          <w:b/>
          <w:sz w:val="24"/>
          <w:szCs w:val="24"/>
          <w:lang w:val="tr-TR"/>
        </w:rPr>
        <w:t>.</w:t>
      </w:r>
      <w:r w:rsidRPr="008B497B">
        <w:rPr>
          <w:b/>
          <w:sz w:val="24"/>
          <w:szCs w:val="24"/>
          <w:lang w:val="tr-TR"/>
        </w:rPr>
        <w:t xml:space="preserve"> Denetim, İzleme ve Geri Bildirim</w:t>
      </w:r>
    </w:p>
    <w:p w14:paraId="323DA729" w14:textId="77777777" w:rsidR="006F3A6C" w:rsidRPr="008B497B" w:rsidRDefault="001549B6" w:rsidP="006F3A6C">
      <w:pPr>
        <w:pStyle w:val="ListParagraph"/>
        <w:numPr>
          <w:ilvl w:val="0"/>
          <w:numId w:val="28"/>
        </w:numPr>
        <w:spacing w:after="120"/>
        <w:jc w:val="both"/>
        <w:rPr>
          <w:sz w:val="24"/>
          <w:szCs w:val="24"/>
          <w:lang w:val="tr-TR"/>
        </w:rPr>
      </w:pPr>
      <w:r w:rsidRPr="008B497B">
        <w:rPr>
          <w:sz w:val="24"/>
          <w:szCs w:val="24"/>
          <w:lang w:val="tr-TR"/>
        </w:rPr>
        <w:t xml:space="preserve">Kurum, haberleşme sağlayıcıların bu Düzenleme kapsamındaki </w:t>
      </w:r>
      <w:r w:rsidR="006F3A6C" w:rsidRPr="008B497B">
        <w:rPr>
          <w:sz w:val="24"/>
          <w:szCs w:val="24"/>
          <w:lang w:val="tr-TR"/>
        </w:rPr>
        <w:t>usul ve esasları</w:t>
      </w:r>
      <w:r w:rsidRPr="008B497B">
        <w:rPr>
          <w:sz w:val="24"/>
          <w:szCs w:val="24"/>
          <w:lang w:val="tr-TR"/>
        </w:rPr>
        <w:t xml:space="preserve"> yerine getirip getirmediğini denetler.</w:t>
      </w:r>
    </w:p>
    <w:p w14:paraId="0242A265" w14:textId="77777777" w:rsidR="006F3A6C" w:rsidRPr="008B497B" w:rsidRDefault="001549B6" w:rsidP="006F3A6C">
      <w:pPr>
        <w:pStyle w:val="ListParagraph"/>
        <w:numPr>
          <w:ilvl w:val="0"/>
          <w:numId w:val="28"/>
        </w:numPr>
        <w:spacing w:after="120"/>
        <w:jc w:val="both"/>
        <w:rPr>
          <w:sz w:val="24"/>
          <w:szCs w:val="24"/>
          <w:lang w:val="tr-TR"/>
        </w:rPr>
      </w:pPr>
      <w:r w:rsidRPr="008B497B">
        <w:rPr>
          <w:sz w:val="24"/>
          <w:szCs w:val="24"/>
          <w:lang w:val="tr-TR"/>
        </w:rPr>
        <w:t>Haberleşme sağlayıcılar, denetim kapsamında Kurum tarafından talep edilen bilgi ve belgeleri</w:t>
      </w:r>
      <w:r w:rsidR="009908C1">
        <w:rPr>
          <w:sz w:val="24"/>
          <w:szCs w:val="24"/>
          <w:lang w:val="tr-TR"/>
        </w:rPr>
        <w:t xml:space="preserve"> </w:t>
      </w:r>
      <w:r w:rsidRPr="008B497B">
        <w:rPr>
          <w:sz w:val="24"/>
          <w:szCs w:val="24"/>
          <w:lang w:val="tr-TR"/>
        </w:rPr>
        <w:t>Kuruma sunar.</w:t>
      </w:r>
    </w:p>
    <w:p w14:paraId="515CAFA4" w14:textId="77777777" w:rsidR="002B5028" w:rsidRPr="008B497B" w:rsidRDefault="001549B6" w:rsidP="006F3A6C">
      <w:pPr>
        <w:pStyle w:val="ListParagraph"/>
        <w:numPr>
          <w:ilvl w:val="0"/>
          <w:numId w:val="28"/>
        </w:numPr>
        <w:spacing w:after="120"/>
        <w:jc w:val="both"/>
        <w:rPr>
          <w:sz w:val="24"/>
          <w:szCs w:val="24"/>
          <w:lang w:val="tr-TR"/>
        </w:rPr>
      </w:pPr>
      <w:r w:rsidRPr="008B497B">
        <w:rPr>
          <w:color w:val="auto"/>
          <w:sz w:val="24"/>
          <w:szCs w:val="24"/>
          <w:lang w:val="tr-TR"/>
        </w:rPr>
        <w:t>Kurum, hizmetin uygulanmasın</w:t>
      </w:r>
      <w:r w:rsidR="002E612F" w:rsidRPr="008B497B">
        <w:rPr>
          <w:color w:val="auto"/>
          <w:sz w:val="24"/>
          <w:szCs w:val="24"/>
          <w:lang w:val="tr-TR"/>
        </w:rPr>
        <w:t>a ilişkin</w:t>
      </w:r>
      <w:r w:rsidRPr="008B497B">
        <w:rPr>
          <w:color w:val="auto"/>
          <w:sz w:val="24"/>
          <w:szCs w:val="24"/>
          <w:lang w:val="tr-TR"/>
        </w:rPr>
        <w:t xml:space="preserve"> abonelerden, ilgili kamu kurumlarından veya haberleşme sağlayıcılardan gelen geri bildirimleri değerlendirerek uygulamaya ilişkin ilave açıklama, teknik rehber veya süreç belirleyebilir.</w:t>
      </w:r>
    </w:p>
    <w:p w14:paraId="6BCB1433" w14:textId="77777777" w:rsidR="006F3A6C" w:rsidRPr="008B497B" w:rsidRDefault="006F3A6C" w:rsidP="006F3A6C">
      <w:pPr>
        <w:pStyle w:val="ListParagraph"/>
        <w:spacing w:after="120"/>
        <w:jc w:val="both"/>
        <w:rPr>
          <w:sz w:val="24"/>
          <w:szCs w:val="24"/>
          <w:lang w:val="tr-TR"/>
        </w:rPr>
      </w:pPr>
    </w:p>
    <w:p w14:paraId="68D2CF67" w14:textId="77777777" w:rsidR="002B5028" w:rsidRPr="008B497B" w:rsidRDefault="001549B6">
      <w:pPr>
        <w:spacing w:before="200" w:after="120"/>
        <w:rPr>
          <w:color w:val="auto"/>
          <w:sz w:val="24"/>
          <w:szCs w:val="24"/>
          <w:lang w:val="tr-TR"/>
        </w:rPr>
      </w:pPr>
      <w:r w:rsidRPr="008B497B">
        <w:rPr>
          <w:b/>
          <w:sz w:val="24"/>
          <w:szCs w:val="24"/>
          <w:lang w:val="tr-TR"/>
        </w:rPr>
        <w:t xml:space="preserve">Madde 22. Teknik </w:t>
      </w:r>
      <w:r w:rsidR="002E612F" w:rsidRPr="008B497B">
        <w:rPr>
          <w:b/>
          <w:sz w:val="24"/>
          <w:szCs w:val="24"/>
          <w:lang w:val="tr-TR"/>
        </w:rPr>
        <w:t>v</w:t>
      </w:r>
      <w:r w:rsidRPr="008B497B">
        <w:rPr>
          <w:b/>
          <w:color w:val="auto"/>
          <w:sz w:val="24"/>
          <w:szCs w:val="24"/>
          <w:lang w:val="tr-TR"/>
        </w:rPr>
        <w:t>e İdari Sorunların Çözümü ve Koordinasyon</w:t>
      </w:r>
    </w:p>
    <w:p w14:paraId="7A6B8B64" w14:textId="77777777" w:rsidR="006F3A6C" w:rsidRPr="008B497B" w:rsidRDefault="001549B6" w:rsidP="006F3A6C">
      <w:pPr>
        <w:pStyle w:val="ListParagraph"/>
        <w:numPr>
          <w:ilvl w:val="0"/>
          <w:numId w:val="29"/>
        </w:numPr>
        <w:spacing w:after="120"/>
        <w:jc w:val="both"/>
        <w:rPr>
          <w:color w:val="auto"/>
          <w:sz w:val="24"/>
          <w:szCs w:val="24"/>
          <w:lang w:val="tr-TR"/>
        </w:rPr>
      </w:pPr>
      <w:r w:rsidRPr="008B497B">
        <w:rPr>
          <w:color w:val="auto"/>
          <w:sz w:val="24"/>
          <w:szCs w:val="24"/>
          <w:lang w:val="tr-TR"/>
        </w:rPr>
        <w:t>Haberleşme sağlayıcılar, Güvenli İnternet Hizmetinin uygulanması sırasında ortaya çıkan teknik, idari veya iletişim kaynaklı sorunların çözümü için Kurumla iş birliği yapar.</w:t>
      </w:r>
    </w:p>
    <w:p w14:paraId="0ACF6787" w14:textId="77777777" w:rsidR="006F3A6C" w:rsidRPr="008B497B" w:rsidRDefault="001549B6" w:rsidP="006F3A6C">
      <w:pPr>
        <w:pStyle w:val="ListParagraph"/>
        <w:numPr>
          <w:ilvl w:val="0"/>
          <w:numId w:val="29"/>
        </w:numPr>
        <w:spacing w:after="120"/>
        <w:jc w:val="both"/>
        <w:rPr>
          <w:color w:val="auto"/>
          <w:sz w:val="24"/>
          <w:szCs w:val="24"/>
          <w:lang w:val="tr-TR"/>
        </w:rPr>
      </w:pPr>
      <w:r w:rsidRPr="008B497B">
        <w:rPr>
          <w:color w:val="auto"/>
          <w:sz w:val="24"/>
          <w:szCs w:val="24"/>
          <w:lang w:val="tr-TR"/>
        </w:rPr>
        <w:t>Filtreleme</w:t>
      </w:r>
      <w:r w:rsidR="00FB2783" w:rsidRPr="008B497B">
        <w:rPr>
          <w:color w:val="auto"/>
          <w:sz w:val="24"/>
          <w:szCs w:val="24"/>
          <w:lang w:val="tr-TR"/>
        </w:rPr>
        <w:t xml:space="preserve"> ve kategori</w:t>
      </w:r>
      <w:r w:rsidRPr="008B497B">
        <w:rPr>
          <w:color w:val="auto"/>
          <w:sz w:val="24"/>
          <w:szCs w:val="24"/>
          <w:lang w:val="tr-TR"/>
        </w:rPr>
        <w:t xml:space="preserve"> listelerinin uygulanması, aktivasyon süreçleri, abone bilgilendirmesi, ücretlendirme, raporlama veya </w:t>
      </w:r>
      <w:proofErr w:type="gramStart"/>
      <w:r w:rsidRPr="008B497B">
        <w:rPr>
          <w:color w:val="auto"/>
          <w:sz w:val="24"/>
          <w:szCs w:val="24"/>
          <w:lang w:val="tr-TR"/>
        </w:rPr>
        <w:t>şikayet</w:t>
      </w:r>
      <w:proofErr w:type="gramEnd"/>
      <w:r w:rsidRPr="008B497B">
        <w:rPr>
          <w:color w:val="auto"/>
          <w:sz w:val="24"/>
          <w:szCs w:val="24"/>
          <w:lang w:val="tr-TR"/>
        </w:rPr>
        <w:t xml:space="preserve"> süreçlerine ilişkin sorunlar haberleşme sağlayıcı tarafından gecikmeksizin Kuruma bildirilir.</w:t>
      </w:r>
    </w:p>
    <w:p w14:paraId="51C3649B" w14:textId="77777777" w:rsidR="002B5028" w:rsidRPr="008B497B" w:rsidRDefault="001549B6" w:rsidP="006F3A6C">
      <w:pPr>
        <w:pStyle w:val="ListParagraph"/>
        <w:numPr>
          <w:ilvl w:val="0"/>
          <w:numId w:val="29"/>
        </w:numPr>
        <w:spacing w:after="120"/>
        <w:jc w:val="both"/>
        <w:rPr>
          <w:color w:val="auto"/>
          <w:sz w:val="24"/>
          <w:szCs w:val="24"/>
          <w:lang w:val="tr-TR"/>
        </w:rPr>
      </w:pPr>
      <w:r w:rsidRPr="008B497B">
        <w:rPr>
          <w:color w:val="auto"/>
          <w:sz w:val="24"/>
          <w:szCs w:val="24"/>
          <w:lang w:val="tr-TR"/>
        </w:rPr>
        <w:t>Kurum, gerekli görmesi halinde haberleşme sağlayıcılarla teknik toplantılar yapabilir, uygulama açıklaması yayımlayabilir veya sorunların giderilmesi için süre ve yöntem belirleyebilir.</w:t>
      </w:r>
    </w:p>
    <w:p w14:paraId="4FF781D9" w14:textId="77777777" w:rsidR="006F3A6C" w:rsidRPr="008B497B" w:rsidRDefault="006F3A6C" w:rsidP="006F3A6C">
      <w:pPr>
        <w:pStyle w:val="ListParagraph"/>
        <w:spacing w:after="120"/>
        <w:jc w:val="both"/>
        <w:rPr>
          <w:color w:val="auto"/>
          <w:sz w:val="24"/>
          <w:szCs w:val="24"/>
          <w:lang w:val="tr-TR"/>
        </w:rPr>
      </w:pPr>
    </w:p>
    <w:p w14:paraId="653D3F1E" w14:textId="77777777" w:rsidR="002B5028" w:rsidRPr="008B497B" w:rsidRDefault="001549B6">
      <w:pPr>
        <w:spacing w:before="200" w:after="120"/>
        <w:rPr>
          <w:sz w:val="24"/>
          <w:szCs w:val="24"/>
          <w:lang w:val="tr-TR"/>
        </w:rPr>
      </w:pPr>
      <w:r w:rsidRPr="008B497B">
        <w:rPr>
          <w:b/>
          <w:sz w:val="24"/>
          <w:szCs w:val="24"/>
          <w:lang w:val="tr-TR"/>
        </w:rPr>
        <w:t>Madde 23. Aykırılıklar ve Yaptırımlar</w:t>
      </w:r>
    </w:p>
    <w:p w14:paraId="79AB4134" w14:textId="77777777" w:rsidR="006F3A6C" w:rsidRPr="008B497B" w:rsidRDefault="001549B6" w:rsidP="006F3A6C">
      <w:pPr>
        <w:pStyle w:val="ListParagraph"/>
        <w:numPr>
          <w:ilvl w:val="0"/>
          <w:numId w:val="30"/>
        </w:numPr>
        <w:spacing w:after="120"/>
        <w:jc w:val="both"/>
        <w:rPr>
          <w:sz w:val="24"/>
          <w:szCs w:val="24"/>
          <w:lang w:val="tr-TR"/>
        </w:rPr>
      </w:pPr>
      <w:r w:rsidRPr="008B497B">
        <w:rPr>
          <w:sz w:val="24"/>
          <w:szCs w:val="24"/>
          <w:lang w:val="tr-TR"/>
        </w:rPr>
        <w:t xml:space="preserve">Bu Düzenleme hükümlerine aykırılık tespit edilmesi halinde Kurum tarafından </w:t>
      </w:r>
      <w:r w:rsidR="00014687" w:rsidRPr="008B497B">
        <w:rPr>
          <w:sz w:val="24"/>
          <w:szCs w:val="24"/>
          <w:lang w:val="tr-TR"/>
        </w:rPr>
        <w:t xml:space="preserve">Kurul Kararına uymamaya ilişkin </w:t>
      </w:r>
      <w:r w:rsidRPr="008B497B">
        <w:rPr>
          <w:sz w:val="24"/>
          <w:szCs w:val="24"/>
          <w:lang w:val="tr-TR"/>
        </w:rPr>
        <w:t>mevzuatta öngörülen tedbir ve yaptırımlar uygulanabilir.</w:t>
      </w:r>
    </w:p>
    <w:p w14:paraId="39F169E4" w14:textId="77777777" w:rsidR="002B5028" w:rsidRPr="008B497B" w:rsidRDefault="001549B6" w:rsidP="006F3A6C">
      <w:pPr>
        <w:pStyle w:val="ListParagraph"/>
        <w:numPr>
          <w:ilvl w:val="0"/>
          <w:numId w:val="30"/>
        </w:numPr>
        <w:spacing w:after="120"/>
        <w:jc w:val="both"/>
        <w:rPr>
          <w:sz w:val="24"/>
          <w:szCs w:val="24"/>
          <w:lang w:val="tr-TR"/>
        </w:rPr>
      </w:pPr>
      <w:r w:rsidRPr="008B497B">
        <w:rPr>
          <w:sz w:val="24"/>
          <w:szCs w:val="24"/>
          <w:lang w:val="tr-TR"/>
        </w:rPr>
        <w:t xml:space="preserve">Aykırılığın niteliği, ağırlığı, tekrarı, aboneler üzerindeki etkisi ve haberleşme sağlayıcının düzeltici işlem yapıp yapmadığı değerlendirilerek işlem </w:t>
      </w:r>
      <w:r w:rsidR="006F3A6C" w:rsidRPr="008B497B">
        <w:rPr>
          <w:sz w:val="24"/>
          <w:szCs w:val="24"/>
          <w:lang w:val="tr-TR"/>
        </w:rPr>
        <w:t>uygulanır.</w:t>
      </w:r>
    </w:p>
    <w:p w14:paraId="7D782F5C" w14:textId="77777777" w:rsidR="006F3A6C" w:rsidRPr="008B497B" w:rsidRDefault="006F3A6C" w:rsidP="006F3A6C">
      <w:pPr>
        <w:pStyle w:val="ListParagraph"/>
        <w:spacing w:after="120"/>
        <w:jc w:val="both"/>
        <w:rPr>
          <w:sz w:val="24"/>
          <w:szCs w:val="24"/>
          <w:lang w:val="tr-TR"/>
        </w:rPr>
      </w:pPr>
    </w:p>
    <w:p w14:paraId="06BDCCF8" w14:textId="77777777" w:rsidR="002B5028" w:rsidRPr="008B497B" w:rsidRDefault="001549B6">
      <w:pPr>
        <w:spacing w:before="200" w:after="120"/>
        <w:rPr>
          <w:sz w:val="24"/>
          <w:szCs w:val="24"/>
          <w:lang w:val="tr-TR"/>
        </w:rPr>
      </w:pPr>
      <w:r w:rsidRPr="008B497B">
        <w:rPr>
          <w:b/>
          <w:sz w:val="24"/>
          <w:szCs w:val="24"/>
          <w:lang w:val="tr-TR"/>
        </w:rPr>
        <w:t>Madde 24. Geçici Madde</w:t>
      </w:r>
    </w:p>
    <w:p w14:paraId="3A6CF2FA" w14:textId="77777777" w:rsidR="006F3A6C" w:rsidRPr="008B497B" w:rsidRDefault="001549B6" w:rsidP="006F3A6C">
      <w:pPr>
        <w:pStyle w:val="ListParagraph"/>
        <w:numPr>
          <w:ilvl w:val="0"/>
          <w:numId w:val="31"/>
        </w:numPr>
        <w:spacing w:after="120"/>
        <w:jc w:val="both"/>
        <w:rPr>
          <w:sz w:val="24"/>
          <w:szCs w:val="24"/>
          <w:lang w:val="tr-TR"/>
        </w:rPr>
      </w:pPr>
      <w:r w:rsidRPr="008B497B">
        <w:rPr>
          <w:sz w:val="24"/>
          <w:szCs w:val="24"/>
          <w:lang w:val="tr-TR"/>
        </w:rPr>
        <w:t xml:space="preserve">Haberleşme sağlayıcılar, bu Düzenlemenin yürürlüğe girdiği tarihten itibaren </w:t>
      </w:r>
      <w:r w:rsidR="00FB2783" w:rsidRPr="008B497B">
        <w:rPr>
          <w:sz w:val="24"/>
          <w:szCs w:val="24"/>
          <w:lang w:val="tr-TR"/>
        </w:rPr>
        <w:t>15 (On Beş) gün</w:t>
      </w:r>
      <w:r w:rsidRPr="008B497B">
        <w:rPr>
          <w:sz w:val="24"/>
          <w:szCs w:val="24"/>
          <w:lang w:val="tr-TR"/>
        </w:rPr>
        <w:t xml:space="preserve"> içinde gerekli teknik ve idari uyum çalışmalarını tamamlar.</w:t>
      </w:r>
    </w:p>
    <w:p w14:paraId="00B23319" w14:textId="77777777" w:rsidR="002B5028" w:rsidRPr="008B497B" w:rsidRDefault="001549B6" w:rsidP="006F3A6C">
      <w:pPr>
        <w:pStyle w:val="ListParagraph"/>
        <w:numPr>
          <w:ilvl w:val="0"/>
          <w:numId w:val="31"/>
        </w:numPr>
        <w:spacing w:after="120"/>
        <w:jc w:val="both"/>
        <w:rPr>
          <w:sz w:val="24"/>
          <w:szCs w:val="24"/>
          <w:lang w:val="tr-TR"/>
        </w:rPr>
      </w:pPr>
      <w:r w:rsidRPr="008B497B">
        <w:rPr>
          <w:sz w:val="24"/>
          <w:szCs w:val="24"/>
          <w:lang w:val="tr-TR"/>
        </w:rPr>
        <w:t>Kurum, gerekli görmesi halinde uyum sürecine ilişkin teknik rehber, raporlama formatı veya ek açıklama yayımlayabilir.</w:t>
      </w:r>
    </w:p>
    <w:p w14:paraId="4F5EE421" w14:textId="77777777" w:rsidR="006F3A6C" w:rsidRPr="008B497B" w:rsidRDefault="006F3A6C" w:rsidP="006F3A6C">
      <w:pPr>
        <w:pStyle w:val="ListParagraph"/>
        <w:spacing w:after="120"/>
        <w:jc w:val="both"/>
        <w:rPr>
          <w:sz w:val="24"/>
          <w:szCs w:val="24"/>
          <w:lang w:val="tr-TR"/>
        </w:rPr>
      </w:pPr>
    </w:p>
    <w:p w14:paraId="0662999D" w14:textId="77777777" w:rsidR="002B5028" w:rsidRPr="008B497B" w:rsidRDefault="001549B6">
      <w:pPr>
        <w:spacing w:before="200" w:after="120"/>
        <w:rPr>
          <w:sz w:val="24"/>
          <w:szCs w:val="24"/>
          <w:lang w:val="tr-TR"/>
        </w:rPr>
      </w:pPr>
      <w:r w:rsidRPr="008B497B">
        <w:rPr>
          <w:b/>
          <w:sz w:val="24"/>
          <w:szCs w:val="24"/>
          <w:lang w:val="tr-TR"/>
        </w:rPr>
        <w:lastRenderedPageBreak/>
        <w:t>Madde 25. Yürürlük</w:t>
      </w:r>
    </w:p>
    <w:p w14:paraId="0FABCFE4" w14:textId="77777777" w:rsidR="002B5028" w:rsidRPr="008B497B" w:rsidRDefault="001549B6">
      <w:pPr>
        <w:spacing w:after="120"/>
        <w:jc w:val="both"/>
        <w:rPr>
          <w:sz w:val="24"/>
          <w:szCs w:val="24"/>
          <w:lang w:val="tr-TR"/>
        </w:rPr>
      </w:pPr>
      <w:r w:rsidRPr="008B497B">
        <w:rPr>
          <w:sz w:val="24"/>
          <w:szCs w:val="24"/>
          <w:lang w:val="tr-TR"/>
        </w:rPr>
        <w:t xml:space="preserve">Bu Düzenleme, Bilgi Teknolojileri ve Haberleşme Kurulu tarafından onaylanmasını müteakip </w:t>
      </w:r>
      <w:proofErr w:type="gramStart"/>
      <w:r w:rsidRPr="008B497B">
        <w:rPr>
          <w:sz w:val="24"/>
          <w:szCs w:val="24"/>
          <w:lang w:val="tr-TR"/>
        </w:rPr>
        <w:t>Resmi</w:t>
      </w:r>
      <w:proofErr w:type="gramEnd"/>
      <w:r w:rsidRPr="008B497B">
        <w:rPr>
          <w:sz w:val="24"/>
          <w:szCs w:val="24"/>
          <w:lang w:val="tr-TR"/>
        </w:rPr>
        <w:t xml:space="preserve"> </w:t>
      </w:r>
      <w:proofErr w:type="spellStart"/>
      <w:r w:rsidRPr="008B497B">
        <w:rPr>
          <w:sz w:val="24"/>
          <w:szCs w:val="24"/>
          <w:lang w:val="tr-TR"/>
        </w:rPr>
        <w:t>Gazete'de</w:t>
      </w:r>
      <w:proofErr w:type="spellEnd"/>
      <w:r w:rsidRPr="008B497B">
        <w:rPr>
          <w:sz w:val="24"/>
          <w:szCs w:val="24"/>
          <w:lang w:val="tr-TR"/>
        </w:rPr>
        <w:t xml:space="preserve"> yayımlandığı tarihte yürürlüğe girer.</w:t>
      </w:r>
    </w:p>
    <w:p w14:paraId="4D53059D" w14:textId="77777777" w:rsidR="006F3A6C" w:rsidRPr="008B497B" w:rsidRDefault="006F3A6C">
      <w:pPr>
        <w:spacing w:after="120"/>
        <w:jc w:val="both"/>
        <w:rPr>
          <w:sz w:val="24"/>
          <w:szCs w:val="24"/>
          <w:lang w:val="tr-TR"/>
        </w:rPr>
      </w:pPr>
    </w:p>
    <w:p w14:paraId="050B4330" w14:textId="77777777" w:rsidR="002B5028" w:rsidRPr="008B497B" w:rsidRDefault="001549B6">
      <w:pPr>
        <w:spacing w:before="200" w:after="120"/>
        <w:rPr>
          <w:sz w:val="24"/>
          <w:szCs w:val="24"/>
          <w:lang w:val="tr-TR"/>
        </w:rPr>
      </w:pPr>
      <w:r w:rsidRPr="008B497B">
        <w:rPr>
          <w:b/>
          <w:sz w:val="24"/>
          <w:szCs w:val="24"/>
          <w:lang w:val="tr-TR"/>
        </w:rPr>
        <w:t>Madde 26. Yürütme</w:t>
      </w:r>
    </w:p>
    <w:p w14:paraId="1C1D322D" w14:textId="77777777" w:rsidR="002B5028" w:rsidRPr="008B497B" w:rsidRDefault="001549B6">
      <w:pPr>
        <w:spacing w:after="120"/>
        <w:jc w:val="both"/>
        <w:rPr>
          <w:sz w:val="24"/>
          <w:szCs w:val="24"/>
          <w:lang w:val="tr-TR"/>
        </w:rPr>
      </w:pPr>
      <w:r w:rsidRPr="008B497B">
        <w:rPr>
          <w:sz w:val="24"/>
          <w:szCs w:val="24"/>
          <w:lang w:val="tr-TR"/>
        </w:rPr>
        <w:t>Bu Düzenleme hükümlerini Bilgi Teknolojileri ve Haberleşme Kurumu yürütür.</w:t>
      </w:r>
    </w:p>
    <w:sectPr w:rsidR="002B5028" w:rsidRPr="008B497B" w:rsidSect="00034616">
      <w:pgSz w:w="11906" w:h="16838"/>
      <w:pgMar w:top="1247"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3C10EF"/>
    <w:multiLevelType w:val="hybridMultilevel"/>
    <w:tmpl w:val="E0EC741E"/>
    <w:lvl w:ilvl="0" w:tplc="3AFAD72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F0255"/>
    <w:multiLevelType w:val="hybridMultilevel"/>
    <w:tmpl w:val="D0EECB8E"/>
    <w:lvl w:ilvl="0" w:tplc="76D2D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B4DE2"/>
    <w:multiLevelType w:val="hybridMultilevel"/>
    <w:tmpl w:val="577A3A88"/>
    <w:lvl w:ilvl="0" w:tplc="17766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46522"/>
    <w:multiLevelType w:val="hybridMultilevel"/>
    <w:tmpl w:val="1416F224"/>
    <w:lvl w:ilvl="0" w:tplc="D7DE0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375E2"/>
    <w:multiLevelType w:val="hybridMultilevel"/>
    <w:tmpl w:val="F454CCD4"/>
    <w:lvl w:ilvl="0" w:tplc="B9C41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890B63"/>
    <w:multiLevelType w:val="hybridMultilevel"/>
    <w:tmpl w:val="9D5A09FA"/>
    <w:lvl w:ilvl="0" w:tplc="F482C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82BBE"/>
    <w:multiLevelType w:val="hybridMultilevel"/>
    <w:tmpl w:val="3410B3E0"/>
    <w:lvl w:ilvl="0" w:tplc="7DDE5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23C24"/>
    <w:multiLevelType w:val="hybridMultilevel"/>
    <w:tmpl w:val="43E2920C"/>
    <w:lvl w:ilvl="0" w:tplc="B5283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965160"/>
    <w:multiLevelType w:val="hybridMultilevel"/>
    <w:tmpl w:val="497681F6"/>
    <w:lvl w:ilvl="0" w:tplc="2EDE8B1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26263"/>
    <w:multiLevelType w:val="hybridMultilevel"/>
    <w:tmpl w:val="DBB89C04"/>
    <w:lvl w:ilvl="0" w:tplc="C4243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F716BE"/>
    <w:multiLevelType w:val="hybridMultilevel"/>
    <w:tmpl w:val="52C01A0C"/>
    <w:lvl w:ilvl="0" w:tplc="3F702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70581"/>
    <w:multiLevelType w:val="hybridMultilevel"/>
    <w:tmpl w:val="692678A4"/>
    <w:lvl w:ilvl="0" w:tplc="390E4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C1BD3"/>
    <w:multiLevelType w:val="hybridMultilevel"/>
    <w:tmpl w:val="642C443C"/>
    <w:lvl w:ilvl="0" w:tplc="8C16D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5604A"/>
    <w:multiLevelType w:val="hybridMultilevel"/>
    <w:tmpl w:val="326CD06E"/>
    <w:lvl w:ilvl="0" w:tplc="0D642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F07E3"/>
    <w:multiLevelType w:val="hybridMultilevel"/>
    <w:tmpl w:val="5E8815D6"/>
    <w:lvl w:ilvl="0" w:tplc="4692B4F2">
      <w:start w:val="1"/>
      <w:numFmt w:val="upp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6B8105DF"/>
    <w:multiLevelType w:val="hybridMultilevel"/>
    <w:tmpl w:val="062C1EC6"/>
    <w:lvl w:ilvl="0" w:tplc="DAD81E7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280B1D"/>
    <w:multiLevelType w:val="hybridMultilevel"/>
    <w:tmpl w:val="3C980390"/>
    <w:lvl w:ilvl="0" w:tplc="53E632FC">
      <w:start w:val="1"/>
      <w:numFmt w:val="upp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15:restartNumberingAfterBreak="0">
    <w:nsid w:val="703E536F"/>
    <w:multiLevelType w:val="hybridMultilevel"/>
    <w:tmpl w:val="3D124FF6"/>
    <w:lvl w:ilvl="0" w:tplc="E5185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F7F1D"/>
    <w:multiLevelType w:val="hybridMultilevel"/>
    <w:tmpl w:val="61B48AD6"/>
    <w:lvl w:ilvl="0" w:tplc="0386A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C7031E"/>
    <w:multiLevelType w:val="hybridMultilevel"/>
    <w:tmpl w:val="A8045244"/>
    <w:lvl w:ilvl="0" w:tplc="56BAA4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D030A"/>
    <w:multiLevelType w:val="hybridMultilevel"/>
    <w:tmpl w:val="8D208334"/>
    <w:lvl w:ilvl="0" w:tplc="9E78F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31C5E"/>
    <w:multiLevelType w:val="hybridMultilevel"/>
    <w:tmpl w:val="C0028F16"/>
    <w:lvl w:ilvl="0" w:tplc="1F822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20"/>
  </w:num>
  <w:num w:numId="12">
    <w:abstractNumId w:val="12"/>
  </w:num>
  <w:num w:numId="13">
    <w:abstractNumId w:val="15"/>
  </w:num>
  <w:num w:numId="14">
    <w:abstractNumId w:val="13"/>
  </w:num>
  <w:num w:numId="15">
    <w:abstractNumId w:val="21"/>
  </w:num>
  <w:num w:numId="16">
    <w:abstractNumId w:val="29"/>
  </w:num>
  <w:num w:numId="17">
    <w:abstractNumId w:val="17"/>
  </w:num>
  <w:num w:numId="18">
    <w:abstractNumId w:val="10"/>
  </w:num>
  <w:num w:numId="19">
    <w:abstractNumId w:val="24"/>
  </w:num>
  <w:num w:numId="20">
    <w:abstractNumId w:val="11"/>
  </w:num>
  <w:num w:numId="21">
    <w:abstractNumId w:val="28"/>
  </w:num>
  <w:num w:numId="22">
    <w:abstractNumId w:val="30"/>
  </w:num>
  <w:num w:numId="23">
    <w:abstractNumId w:val="27"/>
  </w:num>
  <w:num w:numId="24">
    <w:abstractNumId w:val="19"/>
  </w:num>
  <w:num w:numId="25">
    <w:abstractNumId w:val="18"/>
  </w:num>
  <w:num w:numId="26">
    <w:abstractNumId w:val="25"/>
  </w:num>
  <w:num w:numId="27">
    <w:abstractNumId w:val="23"/>
  </w:num>
  <w:num w:numId="28">
    <w:abstractNumId w:val="26"/>
  </w:num>
  <w:num w:numId="29">
    <w:abstractNumId w:val="9"/>
  </w:num>
  <w:num w:numId="30">
    <w:abstractNumId w:val="2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687"/>
    <w:rsid w:val="00034616"/>
    <w:rsid w:val="0006063C"/>
    <w:rsid w:val="00076E2A"/>
    <w:rsid w:val="00111EF9"/>
    <w:rsid w:val="0015074B"/>
    <w:rsid w:val="001549B6"/>
    <w:rsid w:val="00156EF1"/>
    <w:rsid w:val="0019134D"/>
    <w:rsid w:val="001D3765"/>
    <w:rsid w:val="001D59EB"/>
    <w:rsid w:val="00213224"/>
    <w:rsid w:val="00240053"/>
    <w:rsid w:val="0024346D"/>
    <w:rsid w:val="00273588"/>
    <w:rsid w:val="00283995"/>
    <w:rsid w:val="0029639D"/>
    <w:rsid w:val="002E612F"/>
    <w:rsid w:val="002E6559"/>
    <w:rsid w:val="002F01C4"/>
    <w:rsid w:val="002F05A3"/>
    <w:rsid w:val="00326F90"/>
    <w:rsid w:val="003C42FE"/>
    <w:rsid w:val="003E0F97"/>
    <w:rsid w:val="003F5C65"/>
    <w:rsid w:val="00427B9C"/>
    <w:rsid w:val="0044532E"/>
    <w:rsid w:val="004649E9"/>
    <w:rsid w:val="004F0092"/>
    <w:rsid w:val="005B6D31"/>
    <w:rsid w:val="005E4FD2"/>
    <w:rsid w:val="00625303"/>
    <w:rsid w:val="006F3A6C"/>
    <w:rsid w:val="00742002"/>
    <w:rsid w:val="00750124"/>
    <w:rsid w:val="00776357"/>
    <w:rsid w:val="00796353"/>
    <w:rsid w:val="007C574E"/>
    <w:rsid w:val="00852DA4"/>
    <w:rsid w:val="0088755B"/>
    <w:rsid w:val="00896EAD"/>
    <w:rsid w:val="008B497B"/>
    <w:rsid w:val="00906797"/>
    <w:rsid w:val="009908C1"/>
    <w:rsid w:val="009E0019"/>
    <w:rsid w:val="00A17F9B"/>
    <w:rsid w:val="00A442F5"/>
    <w:rsid w:val="00AA1D8D"/>
    <w:rsid w:val="00B47730"/>
    <w:rsid w:val="00B84444"/>
    <w:rsid w:val="00BA4070"/>
    <w:rsid w:val="00CB0664"/>
    <w:rsid w:val="00DC10CB"/>
    <w:rsid w:val="00E44345"/>
    <w:rsid w:val="00EB51CE"/>
    <w:rsid w:val="00F07FF9"/>
    <w:rsid w:val="00F174D9"/>
    <w:rsid w:val="00F565D3"/>
    <w:rsid w:val="00FB27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45ECFD"/>
  <w14:defaultImageDpi w14:val="300"/>
  <w15:docId w15:val="{990AF089-E7D4-4961-8D46-7939CD2A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b/>
      <w:bCs/>
      <w:i/>
      <w:iCs/>
      <w:color w:val="000000"/>
    </w:rPr>
  </w:style>
  <w:style w:type="character" w:styleId="SubtleEmphasis">
    <w:name w:val="Subtle Emphasis"/>
    <w:basedOn w:val="DefaultParagraphFont"/>
    <w:uiPriority w:val="19"/>
    <w:qFormat/>
    <w:rsid w:val="00FC693F"/>
    <w:rPr>
      <w:i/>
      <w:iCs/>
      <w:color w:val="000000"/>
    </w:rPr>
  </w:style>
  <w:style w:type="character" w:styleId="IntenseEmphasis">
    <w:name w:val="Intense Emphasis"/>
    <w:basedOn w:val="DefaultParagraphFont"/>
    <w:uiPriority w:val="21"/>
    <w:qFormat/>
    <w:rsid w:val="00FC693F"/>
    <w:rPr>
      <w:b/>
      <w:bCs/>
      <w:i/>
      <w:iCs/>
      <w:color w:val="000000"/>
    </w:rPr>
  </w:style>
  <w:style w:type="character" w:styleId="SubtleReference">
    <w:name w:val="Subtle Reference"/>
    <w:basedOn w:val="DefaultParagraphFont"/>
    <w:uiPriority w:val="31"/>
    <w:qFormat/>
    <w:rsid w:val="00FC693F"/>
    <w:rPr>
      <w:smallCaps/>
      <w:color w:val="000000"/>
      <w:u w:val="single"/>
    </w:rPr>
  </w:style>
  <w:style w:type="character" w:styleId="IntenseReference">
    <w:name w:val="Intense Reference"/>
    <w:basedOn w:val="DefaultParagraphFont"/>
    <w:uiPriority w:val="32"/>
    <w:qFormat/>
    <w:rsid w:val="00FC693F"/>
    <w:rPr>
      <w:b/>
      <w:bCs/>
      <w:smallCaps/>
      <w:color w:val="000000"/>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000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000000"/>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000000"/>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000000"/>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000000"/>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000000"/>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000000"/>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0000"/>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000000"/>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000000"/>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000000"/>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000000"/>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000000"/>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000000"/>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000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00000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00000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00000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00000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00000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00000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000000"/>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0000"/>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000000"/>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000000"/>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000000"/>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000000"/>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00000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00000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000000"/>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000000"/>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000000" w:themeFill="text1" w:themeFillShade="99"/>
      </w:tcPr>
    </w:tblStylePr>
    <w:tblStylePr w:type="firstCol">
      <w:rPr>
        <w:color w:val="000000"/>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000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2C4C74" w:themeFill="accent1" w:themeFillShade="99"/>
      </w:tcPr>
    </w:tblStylePr>
    <w:tblStylePr w:type="firstCol">
      <w:rPr>
        <w:color w:val="000000"/>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00000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772C2A" w:themeFill="accent2" w:themeFillShade="99"/>
      </w:tcPr>
    </w:tblStylePr>
    <w:tblStylePr w:type="firstCol">
      <w:rPr>
        <w:color w:val="000000"/>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00000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5E7530" w:themeFill="accent3" w:themeFillShade="99"/>
      </w:tcPr>
    </w:tblStylePr>
    <w:tblStylePr w:type="firstCol">
      <w:rPr>
        <w:color w:val="000000"/>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00000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4C3B62" w:themeFill="accent4" w:themeFillShade="99"/>
      </w:tcPr>
    </w:tblStylePr>
    <w:tblStylePr w:type="firstCol">
      <w:rPr>
        <w:color w:val="000000"/>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00000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276A7C" w:themeFill="accent5" w:themeFillShade="99"/>
      </w:tcPr>
    </w:tblStylePr>
    <w:tblStylePr w:type="firstCol">
      <w:rPr>
        <w:color w:val="000000"/>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00000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000000"/>
      </w:rPr>
      <w:tblPr/>
      <w:tcPr>
        <w:tcBorders>
          <w:top w:val="single" w:sz="6" w:space="0" w:color="FFFFFF" w:themeColor="background1"/>
        </w:tcBorders>
        <w:shd w:val="clear" w:color="auto" w:fill="B65608" w:themeFill="accent6" w:themeFillShade="99"/>
      </w:tcPr>
    </w:tblStylePr>
    <w:tblStylePr w:type="firstCol">
      <w:rPr>
        <w:color w:val="000000"/>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00000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Pr>
    <w:tcPr>
      <w:shd w:val="clear" w:color="auto" w:fill="E6E6E6" w:themeFill="text1" w:themeFillTint="19"/>
    </w:tcPr>
    <w:tblStylePr w:type="firstRow">
      <w:rPr>
        <w:b/>
        <w:bCs/>
        <w:color w:val="000000"/>
      </w:rPr>
      <w:tblPr/>
      <w:tcPr>
        <w:tcBorders>
          <w:bottom w:val="single" w:sz="12" w:space="0" w:color="FFFFFF" w:themeColor="background1"/>
        </w:tcBorders>
        <w:shd w:val="clear" w:color="auto" w:fill="9E3A38" w:themeFill="accent2"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Pr>
    <w:tcPr>
      <w:shd w:val="clear" w:color="auto" w:fill="EDF2F8" w:themeFill="accent1" w:themeFillTint="19"/>
    </w:tcPr>
    <w:tblStylePr w:type="firstRow">
      <w:rPr>
        <w:b/>
        <w:bCs/>
        <w:color w:val="000000"/>
      </w:rPr>
      <w:tblPr/>
      <w:tcPr>
        <w:tcBorders>
          <w:bottom w:val="single" w:sz="12" w:space="0" w:color="FFFFFF" w:themeColor="background1"/>
        </w:tcBorders>
        <w:shd w:val="clear" w:color="auto" w:fill="9E3A38" w:themeFill="accent2"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Pr>
    <w:tcPr>
      <w:shd w:val="clear" w:color="auto" w:fill="F8EDED" w:themeFill="accent2" w:themeFillTint="19"/>
    </w:tcPr>
    <w:tblStylePr w:type="firstRow">
      <w:rPr>
        <w:b/>
        <w:bCs/>
        <w:color w:val="000000"/>
      </w:rPr>
      <w:tblPr/>
      <w:tcPr>
        <w:tcBorders>
          <w:bottom w:val="single" w:sz="12" w:space="0" w:color="FFFFFF" w:themeColor="background1"/>
        </w:tcBorders>
        <w:shd w:val="clear" w:color="auto" w:fill="9E3A38" w:themeFill="accent2"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Pr>
    <w:tcPr>
      <w:shd w:val="clear" w:color="auto" w:fill="F5F8EE" w:themeFill="accent3" w:themeFillTint="19"/>
    </w:tcPr>
    <w:tblStylePr w:type="firstRow">
      <w:rPr>
        <w:b/>
        <w:bCs/>
        <w:color w:val="000000"/>
      </w:rPr>
      <w:tblPr/>
      <w:tcPr>
        <w:tcBorders>
          <w:bottom w:val="single" w:sz="12" w:space="0" w:color="FFFFFF" w:themeColor="background1"/>
        </w:tcBorders>
        <w:shd w:val="clear" w:color="auto" w:fill="664E82" w:themeFill="accent4"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Pr>
    <w:tcPr>
      <w:shd w:val="clear" w:color="auto" w:fill="F2EFF6" w:themeFill="accent4" w:themeFillTint="19"/>
    </w:tcPr>
    <w:tblStylePr w:type="firstRow">
      <w:rPr>
        <w:b/>
        <w:bCs/>
        <w:color w:val="000000"/>
      </w:rPr>
      <w:tblPr/>
      <w:tcPr>
        <w:tcBorders>
          <w:bottom w:val="single" w:sz="12" w:space="0" w:color="FFFFFF" w:themeColor="background1"/>
        </w:tcBorders>
        <w:shd w:val="clear" w:color="auto" w:fill="7E9C40" w:themeFill="accent3"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Pr>
    <w:tcPr>
      <w:shd w:val="clear" w:color="auto" w:fill="EDF6F9" w:themeFill="accent5" w:themeFillTint="19"/>
    </w:tcPr>
    <w:tblStylePr w:type="firstRow">
      <w:rPr>
        <w:b/>
        <w:bCs/>
        <w:color w:val="000000"/>
      </w:rPr>
      <w:tblPr/>
      <w:tcPr>
        <w:tcBorders>
          <w:bottom w:val="single" w:sz="12" w:space="0" w:color="FFFFFF" w:themeColor="background1"/>
        </w:tcBorders>
        <w:shd w:val="clear" w:color="auto" w:fill="F2730A" w:themeFill="accent6"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Pr>
    <w:tcPr>
      <w:shd w:val="clear" w:color="auto" w:fill="FEF4EC" w:themeFill="accent6" w:themeFillTint="19"/>
    </w:tcPr>
    <w:tblStylePr w:type="firstRow">
      <w:rPr>
        <w:b/>
        <w:bCs/>
        <w:color w:val="000000"/>
      </w:rPr>
      <w:tblPr/>
      <w:tcPr>
        <w:tcBorders>
          <w:bottom w:val="single" w:sz="12" w:space="0" w:color="FFFFFF" w:themeColor="background1"/>
        </w:tcBorders>
        <w:shd w:val="clear" w:color="auto" w:fill="348DA5" w:themeFill="accent5" w:themeFillShade="CC"/>
      </w:tcPr>
    </w:tblStylePr>
    <w:tblStylePr w:type="lastRow">
      <w:rPr>
        <w:b/>
        <w:bCs/>
        <w:color w:val="00000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000000"/>
      </w:rPr>
      <w:tblPr/>
      <w:tcPr>
        <w:shd w:val="clear" w:color="auto" w:fill="000000" w:themeFill="text1" w:themeFillShade="BF"/>
      </w:tcPr>
    </w:tblStylePr>
    <w:tblStylePr w:type="lastCol">
      <w:rPr>
        <w:color w:val="00000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000000"/>
      </w:rPr>
      <w:tblPr/>
      <w:tcPr>
        <w:shd w:val="clear" w:color="auto" w:fill="365F91" w:themeFill="accent1" w:themeFillShade="BF"/>
      </w:tcPr>
    </w:tblStylePr>
    <w:tblStylePr w:type="lastCol">
      <w:rPr>
        <w:color w:val="00000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000000"/>
      </w:rPr>
      <w:tblPr/>
      <w:tcPr>
        <w:shd w:val="clear" w:color="auto" w:fill="943634" w:themeFill="accent2" w:themeFillShade="BF"/>
      </w:tcPr>
    </w:tblStylePr>
    <w:tblStylePr w:type="lastCol">
      <w:rPr>
        <w:color w:val="00000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000000"/>
      </w:rPr>
      <w:tblPr/>
      <w:tcPr>
        <w:shd w:val="clear" w:color="auto" w:fill="76923C" w:themeFill="accent3" w:themeFillShade="BF"/>
      </w:tcPr>
    </w:tblStylePr>
    <w:tblStylePr w:type="lastCol">
      <w:rPr>
        <w:color w:val="00000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000000"/>
      </w:rPr>
      <w:tblPr/>
      <w:tcPr>
        <w:shd w:val="clear" w:color="auto" w:fill="5F497A" w:themeFill="accent4" w:themeFillShade="BF"/>
      </w:tcPr>
    </w:tblStylePr>
    <w:tblStylePr w:type="lastCol">
      <w:rPr>
        <w:color w:val="00000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000000"/>
      </w:rPr>
      <w:tblPr/>
      <w:tcPr>
        <w:shd w:val="clear" w:color="auto" w:fill="31849B" w:themeFill="accent5" w:themeFillShade="BF"/>
      </w:tcPr>
    </w:tblStylePr>
    <w:tblStylePr w:type="lastCol">
      <w:rPr>
        <w:color w:val="00000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000000"/>
      </w:rPr>
      <w:tblPr/>
      <w:tcPr>
        <w:shd w:val="clear" w:color="auto" w:fill="E36C0A" w:themeFill="accent6" w:themeFillShade="BF"/>
      </w:tcPr>
    </w:tblStylePr>
    <w:tblStylePr w:type="lastCol">
      <w:rPr>
        <w:color w:val="00000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07FF9"/>
    <w:rPr>
      <w:sz w:val="16"/>
      <w:szCs w:val="16"/>
    </w:rPr>
  </w:style>
  <w:style w:type="paragraph" w:styleId="CommentText">
    <w:name w:val="annotation text"/>
    <w:basedOn w:val="Normal"/>
    <w:link w:val="CommentTextChar"/>
    <w:uiPriority w:val="99"/>
    <w:semiHidden/>
    <w:unhideWhenUsed/>
    <w:rsid w:val="00F07FF9"/>
    <w:pPr>
      <w:spacing w:line="240" w:lineRule="auto"/>
    </w:pPr>
    <w:rPr>
      <w:sz w:val="20"/>
      <w:szCs w:val="20"/>
    </w:rPr>
  </w:style>
  <w:style w:type="character" w:customStyle="1" w:styleId="CommentTextChar">
    <w:name w:val="Comment Text Char"/>
    <w:basedOn w:val="DefaultParagraphFont"/>
    <w:link w:val="CommentText"/>
    <w:uiPriority w:val="99"/>
    <w:semiHidden/>
    <w:rsid w:val="00F07FF9"/>
    <w:rPr>
      <w:rFonts w:ascii="Times New Roman" w:eastAsia="Times New Roman" w:hAnsi="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07FF9"/>
    <w:rPr>
      <w:b/>
      <w:bCs/>
    </w:rPr>
  </w:style>
  <w:style w:type="character" w:customStyle="1" w:styleId="CommentSubjectChar">
    <w:name w:val="Comment Subject Char"/>
    <w:basedOn w:val="CommentTextChar"/>
    <w:link w:val="CommentSubject"/>
    <w:uiPriority w:val="99"/>
    <w:semiHidden/>
    <w:rsid w:val="00F07FF9"/>
    <w:rPr>
      <w:rFonts w:ascii="Times New Roman" w:eastAsia="Times New Roman" w:hAnsi="Times New Roman"/>
      <w:b/>
      <w:bCs/>
      <w:color w:val="000000"/>
      <w:sz w:val="20"/>
      <w:szCs w:val="20"/>
    </w:rPr>
  </w:style>
  <w:style w:type="paragraph" w:styleId="BalloonText">
    <w:name w:val="Balloon Text"/>
    <w:basedOn w:val="Normal"/>
    <w:link w:val="BalloonTextChar"/>
    <w:uiPriority w:val="99"/>
    <w:semiHidden/>
    <w:unhideWhenUsed/>
    <w:rsid w:val="00F07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FF9"/>
    <w:rPr>
      <w:rFonts w:ascii="Segoe UI" w:eastAsia="Times New Roman" w:hAnsi="Segoe UI" w:cs="Segoe UI"/>
      <w:color w:val="000000"/>
      <w:sz w:val="18"/>
      <w:szCs w:val="18"/>
    </w:rPr>
  </w:style>
  <w:style w:type="paragraph" w:customStyle="1" w:styleId="Default">
    <w:name w:val="Default"/>
    <w:rsid w:val="003E0F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9D57-60C9-4E73-922F-3213BE07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Sevilay Tacel</cp:lastModifiedBy>
  <cp:revision>2</cp:revision>
  <dcterms:created xsi:type="dcterms:W3CDTF">2026-07-30T10:26:00Z</dcterms:created>
  <dcterms:modified xsi:type="dcterms:W3CDTF">2026-07-30T10:26:00Z</dcterms:modified>
  <cp:category/>
</cp:coreProperties>
</file>